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232" w:rsidRDefault="00F86E38" w:rsidP="00B61232">
      <w:pPr>
        <w:spacing w:after="240"/>
        <w:jc w:val="center"/>
        <w:rPr>
          <w:b/>
          <w:sz w:val="28"/>
        </w:rPr>
      </w:pPr>
      <w:r w:rsidRPr="00F86E3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8.75pt;margin-top:-25pt;width:202.55pt;height:137.65pt;z-index:-251658752" wrapcoords="10160 1526 8880 1643 5920 2935 5920 3404 5120 4226 4320 5283 4000 5870 4000 6339 4400 7161 4400 7865 4720 9039 4640 10917 4960 10917 5280 12796 4640 13970 5360 14674 5360 15261 6320 16552 8720 17257 8960 17257 12160 17257 12480 17257 14000 16670 14720 16552 16800 15143 17040 14674 17200 12796 16560 8922 15360 7630 14800 7161 16640 6926 17520 6222 17360 5165 16000 3874 15360 3404 15440 2935 12080 1526 10800 1526 10160 1526">
            <v:imagedata r:id="rId6" o:title="ChatGPT Image 23 cze 2026, 10_50_14"/>
            <w10:wrap type="through"/>
          </v:shape>
        </w:pict>
      </w:r>
    </w:p>
    <w:p w:rsidR="00971C78" w:rsidRDefault="00971C78" w:rsidP="00971C78">
      <w:pPr>
        <w:spacing w:after="240"/>
        <w:rPr>
          <w:b/>
          <w:sz w:val="28"/>
        </w:rPr>
      </w:pPr>
      <w:r>
        <w:rPr>
          <w:b/>
          <w:sz w:val="28"/>
        </w:rPr>
        <w:t xml:space="preserve">       </w:t>
      </w:r>
    </w:p>
    <w:p w:rsidR="00971C78" w:rsidRDefault="001F12C3" w:rsidP="00971C78">
      <w:pPr>
        <w:spacing w:after="240"/>
        <w:rPr>
          <w:b/>
          <w:sz w:val="28"/>
        </w:rPr>
      </w:pPr>
      <w:r>
        <w:rPr>
          <w:b/>
          <w:sz w:val="28"/>
        </w:rPr>
        <w:t xml:space="preserve">  </w:t>
      </w:r>
    </w:p>
    <w:p w:rsidR="00971C78" w:rsidRDefault="00971C78" w:rsidP="00971C78">
      <w:pPr>
        <w:spacing w:after="240"/>
        <w:rPr>
          <w:b/>
          <w:sz w:val="28"/>
        </w:rPr>
      </w:pPr>
    </w:p>
    <w:p w:rsidR="00D35FC5" w:rsidRPr="00B61232" w:rsidRDefault="00BF203B" w:rsidP="00971C78">
      <w:pPr>
        <w:spacing w:after="240"/>
        <w:jc w:val="center"/>
        <w:rPr>
          <w:b/>
          <w:sz w:val="28"/>
        </w:rPr>
      </w:pPr>
      <w:r>
        <w:rPr>
          <w:b/>
          <w:sz w:val="28"/>
        </w:rPr>
        <w:t>REGULAMIN NAJMU KAMPERA</w:t>
      </w:r>
    </w:p>
    <w:p w:rsidR="00D35FC5" w:rsidRDefault="00BF203B" w:rsidP="00971C78">
      <w:pPr>
        <w:spacing w:before="120" w:after="0"/>
        <w:jc w:val="center"/>
      </w:pPr>
      <w:r>
        <w:rPr>
          <w:b/>
          <w:sz w:val="22"/>
        </w:rPr>
        <w:t>§1</w:t>
      </w:r>
    </w:p>
    <w:p w:rsidR="00D35FC5" w:rsidRDefault="00BF203B" w:rsidP="00971C78">
      <w:pPr>
        <w:spacing w:after="120"/>
        <w:jc w:val="center"/>
        <w:rPr>
          <w:b/>
          <w:sz w:val="22"/>
        </w:rPr>
      </w:pPr>
      <w:proofErr w:type="spellStart"/>
      <w:r>
        <w:rPr>
          <w:b/>
          <w:sz w:val="22"/>
        </w:rPr>
        <w:t>Postanowienia</w:t>
      </w:r>
      <w:proofErr w:type="spellEnd"/>
      <w:r>
        <w:rPr>
          <w:b/>
          <w:sz w:val="22"/>
        </w:rPr>
        <w:t xml:space="preserve"> </w:t>
      </w:r>
      <w:proofErr w:type="spellStart"/>
      <w:r>
        <w:rPr>
          <w:b/>
          <w:sz w:val="22"/>
        </w:rPr>
        <w:t>ogólne</w:t>
      </w:r>
      <w:proofErr w:type="spellEnd"/>
    </w:p>
    <w:p w:rsidR="00971C78" w:rsidRDefault="00971C78">
      <w:pPr>
        <w:spacing w:after="120"/>
        <w:jc w:val="center"/>
      </w:pPr>
    </w:p>
    <w:p w:rsidR="00D35FC5" w:rsidRDefault="00BF203B" w:rsidP="00135C79">
      <w:pPr>
        <w:spacing w:before="80" w:after="40" w:line="360" w:lineRule="auto"/>
        <w:ind w:left="283"/>
      </w:pPr>
      <w:r>
        <w:rPr>
          <w:b/>
        </w:rPr>
        <w:t>1.1. Definicje</w:t>
      </w:r>
    </w:p>
    <w:p w:rsidR="00D35FC5" w:rsidRDefault="00BF203B" w:rsidP="00135C79">
      <w:pPr>
        <w:spacing w:line="360" w:lineRule="auto"/>
        <w:jc w:val="both"/>
      </w:pPr>
      <w:r>
        <w:t>Regulamin oznacza niniejszy dokument,</w:t>
      </w:r>
    </w:p>
    <w:p w:rsidR="00D35FC5" w:rsidRDefault="00BF203B" w:rsidP="00971C78">
      <w:pPr>
        <w:spacing w:line="360" w:lineRule="auto"/>
        <w:jc w:val="both"/>
      </w:pPr>
      <w:proofErr w:type="spellStart"/>
      <w:r>
        <w:t>Najemca</w:t>
      </w:r>
      <w:proofErr w:type="spellEnd"/>
      <w:r w:rsidR="00962704">
        <w:t xml:space="preserve">, w </w:t>
      </w:r>
      <w:proofErr w:type="spellStart"/>
      <w:r w:rsidR="00962704">
        <w:t>tym</w:t>
      </w:r>
      <w:proofErr w:type="spellEnd"/>
      <w:r w:rsidR="00962704">
        <w:t xml:space="preserve"> </w:t>
      </w:r>
      <w:proofErr w:type="spellStart"/>
      <w:r w:rsidR="00962704">
        <w:t>przypadku</w:t>
      </w:r>
      <w:proofErr w:type="spellEnd"/>
      <w:r w:rsidR="00962704">
        <w:t xml:space="preserve"> </w:t>
      </w:r>
      <w:proofErr w:type="spellStart"/>
      <w:r w:rsidR="00962704">
        <w:t>Pani</w:t>
      </w:r>
      <w:proofErr w:type="spellEnd"/>
      <w:r w:rsidR="00962704">
        <w:t>/Pan:………………………………………………………………...</w:t>
      </w:r>
      <w:r>
        <w:t xml:space="preserve"> </w:t>
      </w:r>
      <w:proofErr w:type="spellStart"/>
      <w:r>
        <w:t>oznacza</w:t>
      </w:r>
      <w:proofErr w:type="spellEnd"/>
      <w:r>
        <w:t xml:space="preserve"> </w:t>
      </w:r>
      <w:proofErr w:type="spellStart"/>
      <w:r>
        <w:t>osobę</w:t>
      </w:r>
      <w:proofErr w:type="spellEnd"/>
      <w:r>
        <w:t xml:space="preserve"> </w:t>
      </w:r>
      <w:proofErr w:type="spellStart"/>
      <w:r>
        <w:t>dokonującą</w:t>
      </w:r>
      <w:proofErr w:type="spellEnd"/>
      <w:r>
        <w:t xml:space="preserve"> </w:t>
      </w:r>
      <w:proofErr w:type="spellStart"/>
      <w:r>
        <w:t>rezerwacji</w:t>
      </w:r>
      <w:proofErr w:type="spellEnd"/>
      <w:r>
        <w:t xml:space="preserve"> lub osobę, która zawarła umowę najmu kampera,</w:t>
      </w:r>
    </w:p>
    <w:p w:rsidR="00D35FC5" w:rsidRDefault="00BF203B" w:rsidP="00971C78">
      <w:pPr>
        <w:spacing w:line="360" w:lineRule="auto"/>
        <w:jc w:val="both"/>
      </w:pPr>
      <w:proofErr w:type="spellStart"/>
      <w:r>
        <w:t>Wynajmujący</w:t>
      </w:r>
      <w:proofErr w:type="spellEnd"/>
      <w:r>
        <w:t xml:space="preserve"> </w:t>
      </w:r>
      <w:proofErr w:type="spellStart"/>
      <w:r>
        <w:t>oznacza</w:t>
      </w:r>
      <w:proofErr w:type="spellEnd"/>
      <w:r w:rsidR="001F12C3">
        <w:t>:</w:t>
      </w:r>
      <w:r>
        <w:t xml:space="preserve"> </w:t>
      </w:r>
      <w:r w:rsidR="00135C79" w:rsidRPr="001F12C3">
        <w:rPr>
          <w:b/>
        </w:rPr>
        <w:t xml:space="preserve">ANNSUKAMP – ANNSU Anna </w:t>
      </w:r>
      <w:proofErr w:type="spellStart"/>
      <w:r w:rsidR="00135C79" w:rsidRPr="001F12C3">
        <w:rPr>
          <w:b/>
        </w:rPr>
        <w:t>Sumara</w:t>
      </w:r>
      <w:proofErr w:type="spellEnd"/>
      <w:r w:rsidR="00135C79" w:rsidRPr="001F12C3">
        <w:rPr>
          <w:b/>
        </w:rPr>
        <w:t xml:space="preserve"> </w:t>
      </w:r>
      <w:proofErr w:type="spellStart"/>
      <w:r w:rsidR="00135C79" w:rsidRPr="001F12C3">
        <w:rPr>
          <w:b/>
        </w:rPr>
        <w:t>ul</w:t>
      </w:r>
      <w:proofErr w:type="spellEnd"/>
      <w:r w:rsidR="00135C79" w:rsidRPr="001F12C3">
        <w:rPr>
          <w:b/>
        </w:rPr>
        <w:t xml:space="preserve">. </w:t>
      </w:r>
      <w:proofErr w:type="spellStart"/>
      <w:r w:rsidR="00135C79" w:rsidRPr="001F12C3">
        <w:rPr>
          <w:b/>
        </w:rPr>
        <w:t>Kilińskiego</w:t>
      </w:r>
      <w:proofErr w:type="spellEnd"/>
      <w:r w:rsidR="00135C79" w:rsidRPr="001F12C3">
        <w:rPr>
          <w:b/>
        </w:rPr>
        <w:t xml:space="preserve"> 29 07-410 </w:t>
      </w:r>
      <w:proofErr w:type="spellStart"/>
      <w:r w:rsidR="00135C79" w:rsidRPr="001F12C3">
        <w:rPr>
          <w:b/>
        </w:rPr>
        <w:t>Ostrołęka</w:t>
      </w:r>
      <w:proofErr w:type="spellEnd"/>
      <w:r w:rsidR="00135C79">
        <w:t>.</w:t>
      </w:r>
    </w:p>
    <w:p w:rsidR="00D35FC5" w:rsidRDefault="00BF203B" w:rsidP="00971C78">
      <w:pPr>
        <w:spacing w:line="360" w:lineRule="auto"/>
        <w:jc w:val="both"/>
      </w:pPr>
      <w:r>
        <w:t>Przedmiot Najmu lub Pojazd oznacza samochód kempingowy - kamper będący w posiadaniu Wynajmującego,</w:t>
      </w:r>
    </w:p>
    <w:p w:rsidR="00D35FC5" w:rsidRDefault="00BF203B" w:rsidP="00971C78">
      <w:pPr>
        <w:spacing w:line="360" w:lineRule="auto"/>
        <w:jc w:val="both"/>
      </w:pPr>
      <w:r>
        <w:t>Najem oznacza oddanie przez Wynajmującego Przedmiotu Najmu do czasowego używania przez Najemcę w zamian za umówioną zapłatę,</w:t>
      </w:r>
    </w:p>
    <w:p w:rsidR="00D35FC5" w:rsidRDefault="00BF203B" w:rsidP="00971C78">
      <w:pPr>
        <w:spacing w:line="360" w:lineRule="auto"/>
        <w:jc w:val="both"/>
      </w:pPr>
      <w:r>
        <w:t>Umowa oznacza dokument potwierdzający najem podpisany przez obie strony: Najemcę oraz Wynajmującego.</w:t>
      </w:r>
    </w:p>
    <w:p w:rsidR="00D35FC5" w:rsidRDefault="00BF203B" w:rsidP="00971C78">
      <w:pPr>
        <w:spacing w:line="360" w:lineRule="auto"/>
        <w:jc w:val="both"/>
      </w:pPr>
      <w:r>
        <w:t>Kwoty występujące w Regulaminie są kwotami brutto.</w:t>
      </w:r>
    </w:p>
    <w:p w:rsidR="00D35FC5" w:rsidRDefault="00BF203B" w:rsidP="00135C79">
      <w:pPr>
        <w:spacing w:line="360" w:lineRule="auto"/>
        <w:jc w:val="both"/>
      </w:pPr>
      <w:r>
        <w:t>Wynajmujący informuje Najemcę o fakcie, iż przedmiotem Umowy jest najem Pojazdu, a nie umowa o świadczenie usług turystycznych, w rozumieniu przepisów ustawy z dnia 29.08.1997r o usługach hotelarskich oraz usługach pilotów wycieczek i przewodników turystycznych ( Dz. U. 1997 Nr 133 poz. 884 z późn. zm.) Oznacza to, że Najemca zobowiązuje się do samodzielnej organizacji i planowania podróży oraz ma świadomość faktu, iż bierze na siebie pełną odpowiedzialność za siebie, współpasażerów, oraz za Przedmiot Najmu oraz jest przygotowany na ewentualne sytuacje nieprzewidziane, np. choroba, wypadek, awaria Pojazdu itp., ponieważ pomoc Wynajmującego może być ograniczona z powodu np. godzin nocnych bądź braku zasięgu w miejscu pobytu Najemcy. Wynajmujący zapewnia wymagane prawem umowy ubezpieczenia Przedmiotu Najmu, dodatkowe ubezpieczenie (poza wymienionymi w § 2) Najemca zawiera we własnym imieniu i na własny rachunek.</w:t>
      </w:r>
    </w:p>
    <w:p w:rsidR="00D35FC5" w:rsidRDefault="00BF203B" w:rsidP="00135C79">
      <w:pPr>
        <w:spacing w:before="80" w:after="40" w:line="360" w:lineRule="auto"/>
        <w:ind w:left="283"/>
      </w:pPr>
      <w:r>
        <w:rPr>
          <w:b/>
        </w:rPr>
        <w:t>1.2. Przedmiot najmu</w:t>
      </w:r>
    </w:p>
    <w:p w:rsidR="00971C78" w:rsidRDefault="00BF203B" w:rsidP="00A65BA8">
      <w:pPr>
        <w:spacing w:line="360" w:lineRule="auto"/>
        <w:jc w:val="both"/>
      </w:pPr>
      <w:proofErr w:type="spellStart"/>
      <w:r>
        <w:t>Przedmiotem</w:t>
      </w:r>
      <w:proofErr w:type="spellEnd"/>
      <w:r>
        <w:t xml:space="preserve"> </w:t>
      </w:r>
      <w:proofErr w:type="spellStart"/>
      <w:r>
        <w:t>najmu</w:t>
      </w:r>
      <w:proofErr w:type="spellEnd"/>
      <w:r>
        <w:t xml:space="preserve"> jest </w:t>
      </w:r>
      <w:proofErr w:type="spellStart"/>
      <w:r>
        <w:t>wybrany</w:t>
      </w:r>
      <w:proofErr w:type="spellEnd"/>
      <w:r>
        <w:t xml:space="preserve"> </w:t>
      </w:r>
      <w:proofErr w:type="spellStart"/>
      <w:r>
        <w:t>samochód</w:t>
      </w:r>
      <w:proofErr w:type="spellEnd"/>
      <w:r>
        <w:t xml:space="preserve"> </w:t>
      </w:r>
      <w:proofErr w:type="spellStart"/>
      <w:r>
        <w:t>kempingowy</w:t>
      </w:r>
      <w:proofErr w:type="spellEnd"/>
      <w:r>
        <w:t xml:space="preserve"> </w:t>
      </w:r>
      <w:r w:rsidR="00A65BA8">
        <w:t xml:space="preserve">FORD TRANSIT </w:t>
      </w:r>
      <w:proofErr w:type="spellStart"/>
      <w:r w:rsidR="00A65BA8">
        <w:t>NobelART</w:t>
      </w:r>
      <w:proofErr w:type="spellEnd"/>
      <w:r w:rsidR="00A65BA8">
        <w:t xml:space="preserve"> T6000 ELEGANCE </w:t>
      </w:r>
      <w:proofErr w:type="spellStart"/>
      <w:r>
        <w:t>będący</w:t>
      </w:r>
      <w:proofErr w:type="spellEnd"/>
      <w:r>
        <w:t xml:space="preserve"> w </w:t>
      </w:r>
      <w:proofErr w:type="spellStart"/>
      <w:r>
        <w:t>posiadaniu</w:t>
      </w:r>
      <w:proofErr w:type="spellEnd"/>
      <w:r>
        <w:t xml:space="preserve"> </w:t>
      </w:r>
      <w:proofErr w:type="spellStart"/>
      <w:r>
        <w:t>Wynajmującego</w:t>
      </w:r>
      <w:proofErr w:type="spellEnd"/>
      <w:r>
        <w:t xml:space="preserve"> </w:t>
      </w:r>
      <w:proofErr w:type="spellStart"/>
      <w:r>
        <w:t>wraz</w:t>
      </w:r>
      <w:proofErr w:type="spellEnd"/>
      <w:r>
        <w:t xml:space="preserve"> z wybranym standardem wyposażenia określonym w protokole zdawczo-odbiorczym. W protokole zdawczo-odbiorczym strony określą stan faktyczny Pojazdu. Protokół zdawczo-odbiorczy stanowi podstawę do porównania stanu Pojazdu w chwili jego zwrotu, do </w:t>
      </w:r>
      <w:proofErr w:type="spellStart"/>
      <w:r>
        <w:t>stanu</w:t>
      </w:r>
      <w:proofErr w:type="spellEnd"/>
      <w:r>
        <w:t xml:space="preserve"> </w:t>
      </w:r>
      <w:proofErr w:type="spellStart"/>
      <w:r>
        <w:t>Pojazdu</w:t>
      </w:r>
      <w:proofErr w:type="spellEnd"/>
      <w:r>
        <w:t xml:space="preserve"> w </w:t>
      </w:r>
      <w:proofErr w:type="spellStart"/>
      <w:r>
        <w:t>chwili</w:t>
      </w:r>
      <w:proofErr w:type="spellEnd"/>
      <w:r>
        <w:t xml:space="preserve"> </w:t>
      </w:r>
      <w:proofErr w:type="spellStart"/>
      <w:r>
        <w:t>jego</w:t>
      </w:r>
      <w:proofErr w:type="spellEnd"/>
      <w:r>
        <w:t xml:space="preserve"> </w:t>
      </w:r>
      <w:proofErr w:type="spellStart"/>
      <w:r>
        <w:t>wydania</w:t>
      </w:r>
      <w:proofErr w:type="spellEnd"/>
      <w:r>
        <w:t>.</w:t>
      </w:r>
    </w:p>
    <w:p w:rsidR="00A65BA8" w:rsidRPr="00A65BA8" w:rsidRDefault="00A65BA8" w:rsidP="00A65BA8">
      <w:pPr>
        <w:spacing w:line="360" w:lineRule="auto"/>
        <w:jc w:val="both"/>
      </w:pPr>
    </w:p>
    <w:p w:rsidR="00D35FC5" w:rsidRDefault="00BF203B" w:rsidP="00135C79">
      <w:pPr>
        <w:spacing w:before="120" w:after="0" w:line="360" w:lineRule="auto"/>
        <w:jc w:val="center"/>
      </w:pPr>
      <w:r>
        <w:rPr>
          <w:b/>
          <w:sz w:val="22"/>
        </w:rPr>
        <w:lastRenderedPageBreak/>
        <w:t>§2</w:t>
      </w:r>
    </w:p>
    <w:p w:rsidR="00D35FC5" w:rsidRDefault="00BF203B" w:rsidP="00135C79">
      <w:pPr>
        <w:spacing w:after="120" w:line="360" w:lineRule="auto"/>
        <w:jc w:val="center"/>
      </w:pPr>
      <w:r>
        <w:rPr>
          <w:b/>
          <w:sz w:val="22"/>
        </w:rPr>
        <w:t>Oświadczenie wynajmującego</w:t>
      </w:r>
    </w:p>
    <w:p w:rsidR="00971C78" w:rsidRPr="00971C78" w:rsidRDefault="00BF203B" w:rsidP="00971C78">
      <w:pPr>
        <w:spacing w:line="360" w:lineRule="auto"/>
        <w:jc w:val="both"/>
      </w:pPr>
      <w:r>
        <w:t xml:space="preserve">Wynajmujący oświadcza, iż jest w posiadaniu Pojazdu, Pojazd posiada: aktualną polisę OC, AC, Assistance stanowiące integralną całość z Ogólnymi Warunkami Ubezpieczenia, </w:t>
      </w:r>
      <w:proofErr w:type="spellStart"/>
      <w:r>
        <w:t>Pojazd</w:t>
      </w:r>
      <w:proofErr w:type="spellEnd"/>
      <w:r>
        <w:t xml:space="preserve"> jest w </w:t>
      </w:r>
      <w:proofErr w:type="spellStart"/>
      <w:r>
        <w:t>dobrym</w:t>
      </w:r>
      <w:proofErr w:type="spellEnd"/>
      <w:r>
        <w:t xml:space="preserve"> </w:t>
      </w:r>
      <w:proofErr w:type="spellStart"/>
      <w:r>
        <w:t>stanie</w:t>
      </w:r>
      <w:proofErr w:type="spellEnd"/>
      <w:r>
        <w:t xml:space="preserve"> </w:t>
      </w:r>
      <w:proofErr w:type="spellStart"/>
      <w:r>
        <w:t>technicznym</w:t>
      </w:r>
      <w:proofErr w:type="spellEnd"/>
      <w:r>
        <w:t xml:space="preserve">, </w:t>
      </w:r>
      <w:proofErr w:type="spellStart"/>
      <w:r>
        <w:t>posi</w:t>
      </w:r>
      <w:r w:rsidR="00A65BA8">
        <w:t>ada</w:t>
      </w:r>
      <w:proofErr w:type="spellEnd"/>
      <w:r w:rsidR="00A65BA8">
        <w:t xml:space="preserve"> </w:t>
      </w:r>
      <w:proofErr w:type="spellStart"/>
      <w:r w:rsidR="00A65BA8">
        <w:t>aktualne</w:t>
      </w:r>
      <w:proofErr w:type="spellEnd"/>
      <w:r w:rsidR="00A65BA8">
        <w:t xml:space="preserve"> </w:t>
      </w:r>
      <w:proofErr w:type="spellStart"/>
      <w:r w:rsidR="00A65BA8">
        <w:t>badania</w:t>
      </w:r>
      <w:proofErr w:type="spellEnd"/>
      <w:r w:rsidR="00A65BA8">
        <w:t xml:space="preserve"> </w:t>
      </w:r>
      <w:proofErr w:type="spellStart"/>
      <w:r w:rsidR="00A65BA8">
        <w:t>techniczne</w:t>
      </w:r>
      <w:proofErr w:type="spellEnd"/>
      <w:r w:rsidR="00A65BA8">
        <w:t>.</w:t>
      </w:r>
    </w:p>
    <w:p w:rsidR="00D35FC5" w:rsidRDefault="00BF203B" w:rsidP="00135C79">
      <w:pPr>
        <w:spacing w:before="120" w:after="0" w:line="360" w:lineRule="auto"/>
        <w:jc w:val="center"/>
      </w:pPr>
      <w:r>
        <w:rPr>
          <w:b/>
          <w:sz w:val="22"/>
        </w:rPr>
        <w:t>§3</w:t>
      </w:r>
    </w:p>
    <w:p w:rsidR="00D35FC5" w:rsidRDefault="00BF203B" w:rsidP="00135C79">
      <w:pPr>
        <w:spacing w:after="120" w:line="360" w:lineRule="auto"/>
        <w:jc w:val="center"/>
      </w:pPr>
      <w:r>
        <w:rPr>
          <w:b/>
          <w:sz w:val="22"/>
        </w:rPr>
        <w:t>Najemca</w:t>
      </w:r>
    </w:p>
    <w:p w:rsidR="00D35FC5" w:rsidRDefault="00BF203B" w:rsidP="00135C79">
      <w:pPr>
        <w:spacing w:before="80" w:after="40" w:line="360" w:lineRule="auto"/>
        <w:ind w:left="283"/>
      </w:pPr>
      <w:r>
        <w:rPr>
          <w:b/>
        </w:rPr>
        <w:t>3.1. Dane Najemcy</w:t>
      </w:r>
    </w:p>
    <w:p w:rsidR="00D35FC5" w:rsidRDefault="00BF203B" w:rsidP="00135C79">
      <w:pPr>
        <w:spacing w:after="120" w:line="360" w:lineRule="auto"/>
        <w:jc w:val="center"/>
      </w:pPr>
      <w:r>
        <w:rPr>
          <w:b/>
          <w:sz w:val="22"/>
        </w:rPr>
        <w:t>Najemca</w:t>
      </w:r>
    </w:p>
    <w:p w:rsidR="00D35FC5" w:rsidRDefault="00BF203B" w:rsidP="00135C79">
      <w:pPr>
        <w:spacing w:line="360" w:lineRule="auto"/>
        <w:jc w:val="both"/>
      </w:pPr>
      <w:r>
        <w:t xml:space="preserve">zobowiązuje się do potwierdzenia swoich danych aktualnym dokumentem potwierdzającym tożsamość, w którym znajdują się dane takie jak: imię i nazwisko, data urodzenia, adres zameldowania (o ile najemca nie złoży oświadczenia o swoim adresie zameldowania) oraz numer PESEL. </w:t>
      </w:r>
      <w:proofErr w:type="spellStart"/>
      <w:r>
        <w:t>Najemca</w:t>
      </w:r>
      <w:proofErr w:type="spellEnd"/>
      <w:r>
        <w:t xml:space="preserve"> </w:t>
      </w:r>
      <w:proofErr w:type="spellStart"/>
      <w:r>
        <w:t>musi</w:t>
      </w:r>
      <w:proofErr w:type="spellEnd"/>
      <w:r>
        <w:t xml:space="preserve"> </w:t>
      </w:r>
      <w:proofErr w:type="spellStart"/>
      <w:r>
        <w:t>być</w:t>
      </w:r>
      <w:proofErr w:type="spellEnd"/>
      <w:r>
        <w:t xml:space="preserve"> </w:t>
      </w:r>
      <w:proofErr w:type="spellStart"/>
      <w:r>
        <w:t>obywatelem</w:t>
      </w:r>
      <w:proofErr w:type="spellEnd"/>
      <w:r>
        <w:t xml:space="preserve"> </w:t>
      </w:r>
      <w:proofErr w:type="spellStart"/>
      <w:r>
        <w:t>Unii</w:t>
      </w:r>
      <w:proofErr w:type="spellEnd"/>
      <w:r>
        <w:t xml:space="preserve"> </w:t>
      </w:r>
      <w:proofErr w:type="spellStart"/>
      <w:r>
        <w:t>Europejskiej</w:t>
      </w:r>
      <w:proofErr w:type="spellEnd"/>
      <w:r>
        <w:t>.</w:t>
      </w:r>
    </w:p>
    <w:p w:rsidR="00D35FC5" w:rsidRDefault="00BF203B" w:rsidP="00135C79">
      <w:pPr>
        <w:spacing w:before="80" w:after="40" w:line="360" w:lineRule="auto"/>
        <w:ind w:left="283"/>
      </w:pPr>
      <w:r>
        <w:rPr>
          <w:b/>
        </w:rPr>
        <w:t>3.2. Koszty eksploatacji</w:t>
      </w:r>
    </w:p>
    <w:p w:rsidR="00D35FC5" w:rsidRDefault="00BF203B" w:rsidP="00135C79">
      <w:pPr>
        <w:spacing w:line="360" w:lineRule="auto"/>
        <w:jc w:val="both"/>
      </w:pPr>
      <w:r>
        <w:t xml:space="preserve">W czasie trwania Najmu wszelkie koszty eksploatacyjne, m.in. </w:t>
      </w:r>
      <w:proofErr w:type="spellStart"/>
      <w:r>
        <w:t>paliwo</w:t>
      </w:r>
      <w:proofErr w:type="spellEnd"/>
      <w:r>
        <w:t xml:space="preserve">, </w:t>
      </w:r>
      <w:proofErr w:type="spellStart"/>
      <w:r>
        <w:t>przejazd</w:t>
      </w:r>
      <w:proofErr w:type="spellEnd"/>
      <w:r>
        <w:t xml:space="preserve"> </w:t>
      </w:r>
      <w:proofErr w:type="spellStart"/>
      <w:r>
        <w:t>płatnymi</w:t>
      </w:r>
      <w:proofErr w:type="spellEnd"/>
      <w:r>
        <w:t xml:space="preserve"> </w:t>
      </w:r>
      <w:proofErr w:type="spellStart"/>
      <w:r>
        <w:t>drogami</w:t>
      </w:r>
      <w:proofErr w:type="spellEnd"/>
      <w:r w:rsidR="00A65BA8">
        <w:t xml:space="preserve"> – </w:t>
      </w:r>
      <w:proofErr w:type="spellStart"/>
      <w:r w:rsidR="00A65BA8">
        <w:t>winiety</w:t>
      </w:r>
      <w:proofErr w:type="spellEnd"/>
      <w:r w:rsidR="00A65BA8">
        <w:t xml:space="preserve"> </w:t>
      </w:r>
      <w:proofErr w:type="spellStart"/>
      <w:r w:rsidR="00A65BA8">
        <w:t>drogowe</w:t>
      </w:r>
      <w:proofErr w:type="spellEnd"/>
      <w:r w:rsidR="00A65BA8">
        <w:t xml:space="preserve">, </w:t>
      </w:r>
      <w:proofErr w:type="spellStart"/>
      <w:r w:rsidR="00A65BA8">
        <w:t>opłaty</w:t>
      </w:r>
      <w:proofErr w:type="spellEnd"/>
      <w:r w:rsidR="00A65BA8">
        <w:t xml:space="preserve"> </w:t>
      </w:r>
      <w:proofErr w:type="spellStart"/>
      <w:r w:rsidR="00A65BA8">
        <w:t>za</w:t>
      </w:r>
      <w:proofErr w:type="spellEnd"/>
      <w:r w:rsidR="00A65BA8">
        <w:t xml:space="preserve"> </w:t>
      </w:r>
      <w:proofErr w:type="spellStart"/>
      <w:r w:rsidR="00A65BA8">
        <w:t>mosty</w:t>
      </w:r>
      <w:proofErr w:type="spellEnd"/>
      <w:r w:rsidR="00A65BA8">
        <w:t xml:space="preserve">, </w:t>
      </w:r>
      <w:proofErr w:type="spellStart"/>
      <w:r w:rsidR="00A65BA8">
        <w:t>tunele</w:t>
      </w:r>
      <w:proofErr w:type="spellEnd"/>
      <w:r>
        <w:t>,</w:t>
      </w:r>
      <w:r w:rsidR="00A65BA8">
        <w:t xml:space="preserve"> </w:t>
      </w:r>
      <w:proofErr w:type="spellStart"/>
      <w:r w:rsidR="00A65BA8">
        <w:t>opłaty</w:t>
      </w:r>
      <w:proofErr w:type="spellEnd"/>
      <w:r w:rsidR="00A65BA8">
        <w:t xml:space="preserve"> </w:t>
      </w:r>
      <w:proofErr w:type="spellStart"/>
      <w:r w:rsidR="00A65BA8">
        <w:t>parkingowe</w:t>
      </w:r>
      <w:proofErr w:type="spellEnd"/>
      <w:r w:rsidR="00A65BA8">
        <w:t xml:space="preserve">, </w:t>
      </w:r>
      <w:proofErr w:type="spellStart"/>
      <w:r w:rsidR="00A65BA8">
        <w:t>mandaty</w:t>
      </w:r>
      <w:proofErr w:type="spellEnd"/>
      <w:r w:rsidR="00A65BA8">
        <w:t xml:space="preserve"> </w:t>
      </w:r>
      <w:proofErr w:type="spellStart"/>
      <w:r w:rsidR="00A65BA8">
        <w:t>karne</w:t>
      </w:r>
      <w:proofErr w:type="spellEnd"/>
      <w:r w:rsidR="00A65BA8">
        <w:t xml:space="preserve"> </w:t>
      </w:r>
      <w:proofErr w:type="spellStart"/>
      <w:r w:rsidR="00A65BA8">
        <w:t>wynikające</w:t>
      </w:r>
      <w:proofErr w:type="spellEnd"/>
      <w:r w:rsidR="00A65BA8">
        <w:t xml:space="preserve"> </w:t>
      </w:r>
      <w:proofErr w:type="spellStart"/>
      <w:r w:rsidR="00A65BA8">
        <w:t>ze</w:t>
      </w:r>
      <w:proofErr w:type="spellEnd"/>
      <w:r w:rsidR="00A65BA8">
        <w:t xml:space="preserve"> </w:t>
      </w:r>
      <w:proofErr w:type="spellStart"/>
      <w:r w:rsidR="00A65BA8">
        <w:t>złamania</w:t>
      </w:r>
      <w:proofErr w:type="spellEnd"/>
      <w:r w:rsidR="00A65BA8">
        <w:t xml:space="preserve"> </w:t>
      </w:r>
      <w:proofErr w:type="spellStart"/>
      <w:r w:rsidR="00A65BA8">
        <w:t>przepisów</w:t>
      </w:r>
      <w:proofErr w:type="spellEnd"/>
      <w:r w:rsidR="00A65BA8">
        <w:t xml:space="preserve"> </w:t>
      </w:r>
      <w:proofErr w:type="spellStart"/>
      <w:r w:rsidR="00A65BA8">
        <w:t>przez</w:t>
      </w:r>
      <w:proofErr w:type="spellEnd"/>
      <w:r w:rsidR="00A65BA8">
        <w:t xml:space="preserve"> </w:t>
      </w:r>
      <w:proofErr w:type="spellStart"/>
      <w:r w:rsidR="00A65BA8">
        <w:t>Najemcę</w:t>
      </w:r>
      <w:proofErr w:type="spellEnd"/>
      <w:r>
        <w:t xml:space="preserve"> </w:t>
      </w:r>
      <w:proofErr w:type="spellStart"/>
      <w:r>
        <w:t>oraz</w:t>
      </w:r>
      <w:proofErr w:type="spellEnd"/>
      <w:r>
        <w:t xml:space="preserve"> </w:t>
      </w:r>
      <w:proofErr w:type="spellStart"/>
      <w:r>
        <w:t>płyny</w:t>
      </w:r>
      <w:proofErr w:type="spellEnd"/>
      <w:r>
        <w:t xml:space="preserve"> </w:t>
      </w:r>
      <w:proofErr w:type="spellStart"/>
      <w:r>
        <w:t>eksploatacyjne</w:t>
      </w:r>
      <w:proofErr w:type="spellEnd"/>
      <w:r>
        <w:t xml:space="preserve">, </w:t>
      </w:r>
      <w:proofErr w:type="spellStart"/>
      <w:r>
        <w:t>pokrywa</w:t>
      </w:r>
      <w:proofErr w:type="spellEnd"/>
      <w:r>
        <w:t xml:space="preserve"> w </w:t>
      </w:r>
      <w:proofErr w:type="spellStart"/>
      <w:r>
        <w:t>całości</w:t>
      </w:r>
      <w:proofErr w:type="spellEnd"/>
      <w:r>
        <w:t xml:space="preserve"> </w:t>
      </w:r>
      <w:proofErr w:type="spellStart"/>
      <w:r>
        <w:t>Najemca</w:t>
      </w:r>
      <w:proofErr w:type="spellEnd"/>
      <w:r>
        <w:t>.</w:t>
      </w:r>
    </w:p>
    <w:p w:rsidR="00D35FC5" w:rsidRDefault="00BF203B" w:rsidP="00135C79">
      <w:pPr>
        <w:spacing w:before="80" w:after="40" w:line="360" w:lineRule="auto"/>
        <w:ind w:left="283"/>
      </w:pPr>
      <w:r>
        <w:rPr>
          <w:b/>
        </w:rPr>
        <w:t>3.3. Trasa podróży</w:t>
      </w:r>
    </w:p>
    <w:p w:rsidR="00D35FC5" w:rsidRDefault="00BF203B" w:rsidP="00135C79">
      <w:pPr>
        <w:spacing w:line="360" w:lineRule="auto"/>
        <w:jc w:val="both"/>
      </w:pPr>
      <w:r>
        <w:t xml:space="preserve">Najemca zobowiązuje się poinformować Wynajmującego o przybliżonej trasie podróży. Ewentualną podróż Przedmiotem Najmu poza terytorium RP oraz kraje Unii Europejskiej należy wcześniej uzgodnić z Wynajmującym. W przypadku braku zgody Wynajmującego, Najemca ponosi nieograniczoną odpowiedzialność za szkody w Pojeździe, spowodowane naruszeniem niniejszych ustaleń oraz </w:t>
      </w:r>
      <w:proofErr w:type="spellStart"/>
      <w:r>
        <w:t>traci</w:t>
      </w:r>
      <w:proofErr w:type="spellEnd"/>
      <w:r>
        <w:t xml:space="preserve"> </w:t>
      </w:r>
      <w:proofErr w:type="spellStart"/>
      <w:r>
        <w:t>prawo</w:t>
      </w:r>
      <w:proofErr w:type="spellEnd"/>
      <w:r>
        <w:t xml:space="preserve"> do </w:t>
      </w:r>
      <w:proofErr w:type="spellStart"/>
      <w:r>
        <w:t>zwrotu</w:t>
      </w:r>
      <w:proofErr w:type="spellEnd"/>
      <w:r>
        <w:t xml:space="preserve"> w </w:t>
      </w:r>
      <w:proofErr w:type="spellStart"/>
      <w:r>
        <w:t>całości</w:t>
      </w:r>
      <w:proofErr w:type="spellEnd"/>
      <w:r>
        <w:t xml:space="preserve"> </w:t>
      </w:r>
      <w:proofErr w:type="spellStart"/>
      <w:r>
        <w:t>wpłaconej</w:t>
      </w:r>
      <w:proofErr w:type="spellEnd"/>
      <w:r>
        <w:t xml:space="preserve"> </w:t>
      </w:r>
      <w:proofErr w:type="spellStart"/>
      <w:r>
        <w:t>kaucji</w:t>
      </w:r>
      <w:proofErr w:type="spellEnd"/>
      <w:r>
        <w:t>.</w:t>
      </w:r>
    </w:p>
    <w:p w:rsidR="00D35FC5" w:rsidRDefault="00BF203B" w:rsidP="00135C79">
      <w:pPr>
        <w:spacing w:before="80" w:after="40" w:line="360" w:lineRule="auto"/>
        <w:ind w:left="283"/>
      </w:pPr>
      <w:r>
        <w:rPr>
          <w:b/>
        </w:rPr>
        <w:t>3.4. Bezpieczeństwo</w:t>
      </w:r>
    </w:p>
    <w:p w:rsidR="00D35FC5" w:rsidRDefault="00BF203B" w:rsidP="00135C79">
      <w:pPr>
        <w:spacing w:line="360" w:lineRule="auto"/>
        <w:ind w:left="454" w:hanging="227"/>
        <w:jc w:val="both"/>
      </w:pPr>
      <w:r>
        <w:t>a) Pojazd powinien być zamykany na czas nieobecności. Najemca zobowiązuje się do regularnej kontroli Przedmiotu Najmu i upewnienia się, iż spełnia on wszelkie warunki niezbędne do bezpiecznej jazdy. Usterki spowodowane użytkowaniem Pojazdu należy niezwłocznie usunąć.</w:t>
      </w:r>
    </w:p>
    <w:p w:rsidR="00A65BA8" w:rsidRDefault="00BF203B" w:rsidP="00A65BA8">
      <w:pPr>
        <w:spacing w:line="360" w:lineRule="auto"/>
        <w:ind w:left="454" w:hanging="227"/>
        <w:jc w:val="both"/>
      </w:pPr>
      <w:r>
        <w:t xml:space="preserve">b) </w:t>
      </w:r>
      <w:proofErr w:type="spellStart"/>
      <w:r>
        <w:t>Najemca</w:t>
      </w:r>
      <w:proofErr w:type="spellEnd"/>
      <w:r>
        <w:t xml:space="preserve"> </w:t>
      </w:r>
      <w:proofErr w:type="spellStart"/>
      <w:r>
        <w:t>zobowiązuje</w:t>
      </w:r>
      <w:proofErr w:type="spellEnd"/>
      <w:r>
        <w:t xml:space="preserve"> </w:t>
      </w:r>
      <w:proofErr w:type="spellStart"/>
      <w:r>
        <w:t>się</w:t>
      </w:r>
      <w:proofErr w:type="spellEnd"/>
      <w:r>
        <w:t xml:space="preserve"> do posiadania przy sobie dowodu rejestracyjnego oraz innych dokumentów Przedmiotu Najmu oraz kompletu kluczyków wraz z pilotem, przez cały czas trwania Umowy. Najemca zobowiązuje się dopilnować, by </w:t>
      </w:r>
      <w:proofErr w:type="spellStart"/>
      <w:r>
        <w:t>dokumenty</w:t>
      </w:r>
      <w:proofErr w:type="spellEnd"/>
      <w:r>
        <w:t xml:space="preserve"> </w:t>
      </w:r>
      <w:proofErr w:type="spellStart"/>
      <w:r>
        <w:t>oraz</w:t>
      </w:r>
      <w:proofErr w:type="spellEnd"/>
      <w:r>
        <w:t xml:space="preserve"> </w:t>
      </w:r>
      <w:proofErr w:type="spellStart"/>
      <w:r>
        <w:t>kluczyki</w:t>
      </w:r>
      <w:proofErr w:type="spellEnd"/>
      <w:r>
        <w:t xml:space="preserve"> </w:t>
      </w:r>
      <w:proofErr w:type="spellStart"/>
      <w:r>
        <w:t>nie</w:t>
      </w:r>
      <w:proofErr w:type="spellEnd"/>
      <w:r>
        <w:t xml:space="preserve"> </w:t>
      </w:r>
      <w:proofErr w:type="spellStart"/>
      <w:r>
        <w:t>zostały</w:t>
      </w:r>
      <w:proofErr w:type="spellEnd"/>
      <w:r>
        <w:t xml:space="preserve"> </w:t>
      </w:r>
      <w:proofErr w:type="spellStart"/>
      <w:r>
        <w:t>skradzione</w:t>
      </w:r>
      <w:proofErr w:type="spellEnd"/>
      <w:r>
        <w:t xml:space="preserve">, </w:t>
      </w:r>
      <w:proofErr w:type="spellStart"/>
      <w:r>
        <w:t>zgubione</w:t>
      </w:r>
      <w:proofErr w:type="spellEnd"/>
      <w:r>
        <w:t xml:space="preserve"> </w:t>
      </w:r>
      <w:proofErr w:type="spellStart"/>
      <w:r>
        <w:t>bądź</w:t>
      </w:r>
      <w:proofErr w:type="spellEnd"/>
      <w:r>
        <w:t xml:space="preserve"> </w:t>
      </w:r>
    </w:p>
    <w:p w:rsidR="00971C78" w:rsidRDefault="00A65BA8" w:rsidP="00A65BA8">
      <w:pPr>
        <w:spacing w:line="360" w:lineRule="auto"/>
        <w:ind w:left="454" w:hanging="227"/>
        <w:jc w:val="both"/>
      </w:pPr>
      <w:r>
        <w:t xml:space="preserve">    </w:t>
      </w:r>
      <w:proofErr w:type="spellStart"/>
      <w:r w:rsidR="00BF203B">
        <w:t>zniszczone</w:t>
      </w:r>
      <w:proofErr w:type="spellEnd"/>
      <w:r w:rsidR="00BF203B">
        <w:t xml:space="preserve">. </w:t>
      </w:r>
      <w:proofErr w:type="spellStart"/>
      <w:r w:rsidR="00BF203B">
        <w:t>Ewentualna</w:t>
      </w:r>
      <w:proofErr w:type="spellEnd"/>
      <w:r w:rsidR="00BF203B">
        <w:t xml:space="preserve"> </w:t>
      </w:r>
      <w:proofErr w:type="spellStart"/>
      <w:r w:rsidR="00BF203B">
        <w:t>kradzież</w:t>
      </w:r>
      <w:proofErr w:type="spellEnd"/>
      <w:r w:rsidR="00BF203B">
        <w:t xml:space="preserve">, </w:t>
      </w:r>
      <w:proofErr w:type="spellStart"/>
      <w:r w:rsidR="00BF203B">
        <w:t>zgubienie</w:t>
      </w:r>
      <w:proofErr w:type="spellEnd"/>
      <w:r w:rsidR="00BF203B">
        <w:t xml:space="preserve"> </w:t>
      </w:r>
      <w:proofErr w:type="spellStart"/>
      <w:r w:rsidR="00BF203B">
        <w:t>bądź</w:t>
      </w:r>
      <w:proofErr w:type="spellEnd"/>
      <w:r w:rsidR="00BF203B">
        <w:t xml:space="preserve"> </w:t>
      </w:r>
      <w:proofErr w:type="spellStart"/>
      <w:r w:rsidR="00BF203B">
        <w:t>zniszczenie</w:t>
      </w:r>
      <w:proofErr w:type="spellEnd"/>
      <w:r w:rsidR="00BF203B">
        <w:t xml:space="preserve"> </w:t>
      </w:r>
      <w:proofErr w:type="spellStart"/>
      <w:r w:rsidR="00BF203B">
        <w:t>skutkuje</w:t>
      </w:r>
      <w:proofErr w:type="spellEnd"/>
      <w:r w:rsidR="00BF203B">
        <w:t xml:space="preserve"> </w:t>
      </w:r>
      <w:proofErr w:type="spellStart"/>
      <w:r w:rsidR="00BF203B">
        <w:t>zapłatą</w:t>
      </w:r>
      <w:proofErr w:type="spellEnd"/>
      <w:r w:rsidR="00BF203B">
        <w:t xml:space="preserve"> </w:t>
      </w:r>
      <w:proofErr w:type="spellStart"/>
      <w:r w:rsidR="00BF203B">
        <w:t>przez</w:t>
      </w:r>
      <w:proofErr w:type="spellEnd"/>
      <w:r w:rsidR="00BF203B">
        <w:t xml:space="preserve"> </w:t>
      </w:r>
      <w:proofErr w:type="spellStart"/>
      <w:r w:rsidR="00BF203B">
        <w:t>Najemcę</w:t>
      </w:r>
      <w:proofErr w:type="spellEnd"/>
      <w:r w:rsidR="00BF203B">
        <w:t xml:space="preserve">, </w:t>
      </w:r>
      <w:proofErr w:type="spellStart"/>
      <w:r w:rsidR="00BF203B">
        <w:t>kary</w:t>
      </w:r>
      <w:proofErr w:type="spellEnd"/>
      <w:r w:rsidR="00BF203B">
        <w:t xml:space="preserve"> </w:t>
      </w:r>
      <w:proofErr w:type="spellStart"/>
      <w:r w:rsidR="00BF203B">
        <w:t>umownej</w:t>
      </w:r>
      <w:proofErr w:type="spellEnd"/>
      <w:r w:rsidR="00BF203B">
        <w:t xml:space="preserve"> w </w:t>
      </w:r>
      <w:proofErr w:type="spellStart"/>
      <w:r w:rsidR="00BF203B">
        <w:t>wysokości</w:t>
      </w:r>
      <w:proofErr w:type="spellEnd"/>
      <w:r>
        <w:t xml:space="preserve"> -</w:t>
      </w:r>
      <w:r w:rsidR="00BF203B">
        <w:t xml:space="preserve"> </w:t>
      </w:r>
      <w:r w:rsidR="00BF203B" w:rsidRPr="00A65BA8">
        <w:rPr>
          <w:b/>
        </w:rPr>
        <w:t>PLN 1000</w:t>
      </w:r>
      <w:r>
        <w:t xml:space="preserve"> + </w:t>
      </w:r>
      <w:proofErr w:type="spellStart"/>
      <w:r>
        <w:t>koszt</w:t>
      </w:r>
      <w:proofErr w:type="spellEnd"/>
      <w:r>
        <w:t xml:space="preserve"> </w:t>
      </w:r>
      <w:proofErr w:type="spellStart"/>
      <w:r>
        <w:t>dostarczenia</w:t>
      </w:r>
      <w:proofErr w:type="spellEnd"/>
      <w:r>
        <w:t xml:space="preserve"> </w:t>
      </w:r>
      <w:proofErr w:type="spellStart"/>
      <w:r>
        <w:t>przez</w:t>
      </w:r>
      <w:proofErr w:type="spellEnd"/>
      <w:r>
        <w:t xml:space="preserve"> </w:t>
      </w:r>
      <w:proofErr w:type="spellStart"/>
      <w:r>
        <w:t>Wynajmującego</w:t>
      </w:r>
      <w:proofErr w:type="spellEnd"/>
      <w:r>
        <w:t xml:space="preserve"> </w:t>
      </w:r>
      <w:proofErr w:type="spellStart"/>
      <w:r>
        <w:t>kluczyka</w:t>
      </w:r>
      <w:proofErr w:type="spellEnd"/>
      <w:r>
        <w:t xml:space="preserve"> </w:t>
      </w:r>
      <w:proofErr w:type="spellStart"/>
      <w:r>
        <w:t>aby</w:t>
      </w:r>
      <w:proofErr w:type="spellEnd"/>
      <w:r>
        <w:t xml:space="preserve"> </w:t>
      </w:r>
      <w:proofErr w:type="spellStart"/>
      <w:r>
        <w:t>można</w:t>
      </w:r>
      <w:proofErr w:type="spellEnd"/>
      <w:r>
        <w:t xml:space="preserve"> </w:t>
      </w:r>
      <w:proofErr w:type="spellStart"/>
      <w:r>
        <w:t>było</w:t>
      </w:r>
      <w:proofErr w:type="spellEnd"/>
      <w:r>
        <w:t xml:space="preserve"> </w:t>
      </w:r>
      <w:proofErr w:type="spellStart"/>
      <w:r>
        <w:t>dalej</w:t>
      </w:r>
      <w:proofErr w:type="spellEnd"/>
      <w:r>
        <w:t xml:space="preserve"> </w:t>
      </w:r>
      <w:proofErr w:type="spellStart"/>
      <w:r>
        <w:t>kontynuować</w:t>
      </w:r>
      <w:proofErr w:type="spellEnd"/>
      <w:r>
        <w:t xml:space="preserve"> </w:t>
      </w:r>
      <w:proofErr w:type="spellStart"/>
      <w:r>
        <w:t>podróż</w:t>
      </w:r>
      <w:proofErr w:type="spellEnd"/>
      <w:r>
        <w:t xml:space="preserve">. </w:t>
      </w:r>
      <w:proofErr w:type="spellStart"/>
      <w:r>
        <w:t>Koszt</w:t>
      </w:r>
      <w:proofErr w:type="spellEnd"/>
      <w:r>
        <w:t xml:space="preserve"> </w:t>
      </w:r>
      <w:proofErr w:type="spellStart"/>
      <w:r>
        <w:t>dowozu</w:t>
      </w:r>
      <w:proofErr w:type="spellEnd"/>
      <w:r>
        <w:t xml:space="preserve"> </w:t>
      </w:r>
      <w:proofErr w:type="spellStart"/>
      <w:r>
        <w:t>kluczyka</w:t>
      </w:r>
      <w:proofErr w:type="spellEnd"/>
      <w:r>
        <w:t xml:space="preserve"> – 1.5 </w:t>
      </w:r>
      <w:proofErr w:type="spellStart"/>
      <w:r>
        <w:t>kilometr</w:t>
      </w:r>
      <w:proofErr w:type="spellEnd"/>
      <w:r>
        <w:t xml:space="preserve"> </w:t>
      </w:r>
      <w:proofErr w:type="spellStart"/>
      <w:r>
        <w:t>liczone</w:t>
      </w:r>
      <w:proofErr w:type="spellEnd"/>
      <w:r>
        <w:t xml:space="preserve"> w </w:t>
      </w:r>
      <w:proofErr w:type="spellStart"/>
      <w:r>
        <w:t>dwie</w:t>
      </w:r>
      <w:proofErr w:type="spellEnd"/>
      <w:r>
        <w:t xml:space="preserve"> </w:t>
      </w:r>
      <w:proofErr w:type="spellStart"/>
      <w:r>
        <w:t>strony</w:t>
      </w:r>
      <w:proofErr w:type="spellEnd"/>
      <w:r>
        <w:t xml:space="preserve">. </w:t>
      </w:r>
      <w:proofErr w:type="spellStart"/>
      <w:r>
        <w:t>Wyżej</w:t>
      </w:r>
      <w:proofErr w:type="spellEnd"/>
      <w:r>
        <w:t xml:space="preserve"> </w:t>
      </w:r>
      <w:proofErr w:type="spellStart"/>
      <w:r>
        <w:t>wymienione</w:t>
      </w:r>
      <w:proofErr w:type="spellEnd"/>
      <w:r>
        <w:t xml:space="preserve"> </w:t>
      </w:r>
      <w:proofErr w:type="spellStart"/>
      <w:r>
        <w:t>kwoty</w:t>
      </w:r>
      <w:proofErr w:type="spellEnd"/>
      <w:r>
        <w:t xml:space="preserve"> </w:t>
      </w:r>
      <w:proofErr w:type="spellStart"/>
      <w:r>
        <w:t>są</w:t>
      </w:r>
      <w:proofErr w:type="spellEnd"/>
      <w:r>
        <w:t xml:space="preserve"> </w:t>
      </w:r>
      <w:proofErr w:type="spellStart"/>
      <w:r>
        <w:t>kwotami</w:t>
      </w:r>
      <w:proofErr w:type="spellEnd"/>
      <w:r>
        <w:t xml:space="preserve"> </w:t>
      </w:r>
      <w:proofErr w:type="spellStart"/>
      <w:r>
        <w:t>netto</w:t>
      </w:r>
      <w:proofErr w:type="spellEnd"/>
      <w:r>
        <w:t xml:space="preserve"> </w:t>
      </w:r>
      <w:proofErr w:type="spellStart"/>
      <w:r>
        <w:t>i</w:t>
      </w:r>
      <w:proofErr w:type="spellEnd"/>
      <w:r>
        <w:t xml:space="preserve"> </w:t>
      </w:r>
      <w:proofErr w:type="spellStart"/>
      <w:r>
        <w:t>zostaną</w:t>
      </w:r>
      <w:proofErr w:type="spellEnd"/>
      <w:r>
        <w:t xml:space="preserve"> </w:t>
      </w:r>
      <w:proofErr w:type="spellStart"/>
      <w:r>
        <w:t>powiększone</w:t>
      </w:r>
      <w:proofErr w:type="spellEnd"/>
      <w:r>
        <w:t xml:space="preserve"> o </w:t>
      </w:r>
      <w:proofErr w:type="spellStart"/>
      <w:r>
        <w:t>pdatek</w:t>
      </w:r>
      <w:proofErr w:type="spellEnd"/>
      <w:r>
        <w:t xml:space="preserve"> VAT 23%.</w:t>
      </w:r>
    </w:p>
    <w:p w:rsidR="00A65BA8" w:rsidRDefault="00BF203B" w:rsidP="00971C78">
      <w:pPr>
        <w:spacing w:line="360" w:lineRule="auto"/>
        <w:ind w:left="227"/>
        <w:jc w:val="both"/>
      </w:pPr>
      <w:r>
        <w:t xml:space="preserve">c) </w:t>
      </w:r>
      <w:proofErr w:type="spellStart"/>
      <w:r>
        <w:t>Pozostawienie</w:t>
      </w:r>
      <w:proofErr w:type="spellEnd"/>
      <w:r>
        <w:t xml:space="preserve"> </w:t>
      </w:r>
      <w:proofErr w:type="spellStart"/>
      <w:r>
        <w:t>wyżej</w:t>
      </w:r>
      <w:proofErr w:type="spellEnd"/>
      <w:r>
        <w:t xml:space="preserve"> </w:t>
      </w:r>
      <w:proofErr w:type="spellStart"/>
      <w:r>
        <w:t>wymienionych</w:t>
      </w:r>
      <w:proofErr w:type="spellEnd"/>
      <w:r>
        <w:t xml:space="preserve"> </w:t>
      </w:r>
      <w:proofErr w:type="spellStart"/>
      <w:r>
        <w:t>dokumentów</w:t>
      </w:r>
      <w:proofErr w:type="spellEnd"/>
      <w:r>
        <w:t xml:space="preserve"> lub kluczyków w Pojeździe jest surowo zabronione, </w:t>
      </w:r>
      <w:r w:rsidR="00A65BA8">
        <w:t xml:space="preserve"> </w:t>
      </w:r>
    </w:p>
    <w:p w:rsidR="00D35FC5" w:rsidRDefault="00A65BA8" w:rsidP="00971C78">
      <w:pPr>
        <w:spacing w:line="360" w:lineRule="auto"/>
        <w:ind w:left="227"/>
        <w:jc w:val="both"/>
      </w:pPr>
      <w:r>
        <w:t xml:space="preserve">    </w:t>
      </w:r>
      <w:proofErr w:type="spellStart"/>
      <w:r w:rsidR="00BF203B">
        <w:t>pełną</w:t>
      </w:r>
      <w:proofErr w:type="spellEnd"/>
      <w:r w:rsidR="00BF203B">
        <w:t xml:space="preserve"> </w:t>
      </w:r>
      <w:proofErr w:type="spellStart"/>
      <w:r w:rsidR="00BF203B">
        <w:t>odpowiedzialność</w:t>
      </w:r>
      <w:proofErr w:type="spellEnd"/>
      <w:r w:rsidR="00BF203B">
        <w:t xml:space="preserve"> </w:t>
      </w:r>
      <w:proofErr w:type="spellStart"/>
      <w:r w:rsidR="00BF203B">
        <w:t>za</w:t>
      </w:r>
      <w:proofErr w:type="spellEnd"/>
      <w:r w:rsidR="00BF203B">
        <w:t xml:space="preserve"> </w:t>
      </w:r>
      <w:proofErr w:type="spellStart"/>
      <w:r w:rsidR="00BF203B">
        <w:t>szkodę</w:t>
      </w:r>
      <w:proofErr w:type="spellEnd"/>
      <w:r w:rsidR="00BF203B">
        <w:t xml:space="preserve"> z tego wynikającą ponosi Najemca.</w:t>
      </w:r>
    </w:p>
    <w:p w:rsidR="00D35FC5" w:rsidRDefault="00BF203B" w:rsidP="00135C79">
      <w:pPr>
        <w:spacing w:line="360" w:lineRule="auto"/>
        <w:ind w:left="454" w:hanging="227"/>
        <w:jc w:val="both"/>
      </w:pPr>
      <w:r>
        <w:t xml:space="preserve">d) </w:t>
      </w:r>
      <w:proofErr w:type="spellStart"/>
      <w:r>
        <w:t>Najemca</w:t>
      </w:r>
      <w:proofErr w:type="spellEnd"/>
      <w:r>
        <w:t xml:space="preserve"> </w:t>
      </w:r>
      <w:proofErr w:type="spellStart"/>
      <w:r>
        <w:t>zobowiązuje</w:t>
      </w:r>
      <w:proofErr w:type="spellEnd"/>
      <w:r>
        <w:t xml:space="preserve"> </w:t>
      </w:r>
      <w:proofErr w:type="spellStart"/>
      <w:r>
        <w:t>się</w:t>
      </w:r>
      <w:proofErr w:type="spellEnd"/>
      <w:r>
        <w:t xml:space="preserve"> do nieprzekraczania prędkości </w:t>
      </w:r>
      <w:r w:rsidRPr="00A65BA8">
        <w:rPr>
          <w:b/>
        </w:rPr>
        <w:t>110 km/h</w:t>
      </w:r>
      <w:r>
        <w:t xml:space="preserve"> (zaleca się prędkość do </w:t>
      </w:r>
      <w:r w:rsidRPr="00A65BA8">
        <w:rPr>
          <w:b/>
        </w:rPr>
        <w:t>100 km/h</w:t>
      </w:r>
      <w:r>
        <w:t xml:space="preserve">) chyba, że porusza się drogami, dla których przewidziano niższą maksymalną prędkość oraz do </w:t>
      </w:r>
      <w:r>
        <w:lastRenderedPageBreak/>
        <w:t xml:space="preserve">zachowania szczególnej ostrożności podczas jazdy, zwłaszcza przy tunelach, mostach itp., </w:t>
      </w:r>
      <w:proofErr w:type="spellStart"/>
      <w:r>
        <w:t>ze</w:t>
      </w:r>
      <w:proofErr w:type="spellEnd"/>
      <w:r>
        <w:t xml:space="preserve"> </w:t>
      </w:r>
      <w:proofErr w:type="spellStart"/>
      <w:r>
        <w:t>względu</w:t>
      </w:r>
      <w:proofErr w:type="spellEnd"/>
      <w:r>
        <w:t xml:space="preserve"> </w:t>
      </w:r>
      <w:proofErr w:type="spellStart"/>
      <w:r>
        <w:t>na</w:t>
      </w:r>
      <w:proofErr w:type="spellEnd"/>
      <w:r>
        <w:t xml:space="preserve"> </w:t>
      </w:r>
      <w:proofErr w:type="spellStart"/>
      <w:r>
        <w:t>wysokość</w:t>
      </w:r>
      <w:proofErr w:type="spellEnd"/>
      <w:r>
        <w:t xml:space="preserve"> </w:t>
      </w:r>
      <w:proofErr w:type="spellStart"/>
      <w:r>
        <w:t>Pojazdu</w:t>
      </w:r>
      <w:proofErr w:type="spellEnd"/>
      <w:r>
        <w:t xml:space="preserve">, </w:t>
      </w:r>
      <w:proofErr w:type="spellStart"/>
      <w:r>
        <w:t>która</w:t>
      </w:r>
      <w:proofErr w:type="spellEnd"/>
      <w:r>
        <w:t xml:space="preserve"> </w:t>
      </w:r>
      <w:proofErr w:type="spellStart"/>
      <w:r w:rsidR="00A65BA8">
        <w:t>wynosi</w:t>
      </w:r>
      <w:proofErr w:type="spellEnd"/>
      <w:r w:rsidR="00A65BA8">
        <w:t xml:space="preserve"> -</w:t>
      </w:r>
      <w:r>
        <w:t xml:space="preserve"> </w:t>
      </w:r>
      <w:r w:rsidRPr="00A65BA8">
        <w:rPr>
          <w:b/>
        </w:rPr>
        <w:t>330 cm</w:t>
      </w:r>
      <w:r>
        <w:t>.</w:t>
      </w:r>
    </w:p>
    <w:p w:rsidR="00D35FC5" w:rsidRDefault="00BF203B" w:rsidP="00135C79">
      <w:pPr>
        <w:spacing w:before="120" w:after="0" w:line="360" w:lineRule="auto"/>
        <w:jc w:val="center"/>
      </w:pPr>
      <w:r>
        <w:rPr>
          <w:b/>
          <w:sz w:val="22"/>
        </w:rPr>
        <w:t>§4</w:t>
      </w:r>
    </w:p>
    <w:p w:rsidR="00D35FC5" w:rsidRDefault="00BF203B" w:rsidP="00135C79">
      <w:pPr>
        <w:spacing w:after="120" w:line="360" w:lineRule="auto"/>
        <w:jc w:val="center"/>
      </w:pPr>
      <w:r>
        <w:rPr>
          <w:b/>
          <w:sz w:val="22"/>
        </w:rPr>
        <w:t>Rezerwacja i zapłata za wynajem Pojazdu</w:t>
      </w:r>
    </w:p>
    <w:p w:rsidR="00D35FC5" w:rsidRDefault="00BF203B" w:rsidP="00135C79">
      <w:pPr>
        <w:spacing w:before="80" w:after="40" w:line="360" w:lineRule="auto"/>
        <w:ind w:left="283"/>
      </w:pPr>
      <w:r>
        <w:rPr>
          <w:b/>
        </w:rPr>
        <w:t>4.1. Wstępna rezerwacja</w:t>
      </w:r>
    </w:p>
    <w:p w:rsidR="00D35FC5" w:rsidRDefault="00BF203B" w:rsidP="00135C79">
      <w:pPr>
        <w:spacing w:line="360" w:lineRule="auto"/>
        <w:jc w:val="both"/>
      </w:pPr>
      <w:r>
        <w:t>Najemca może dokonać wstępnej rezerwacji poprzez:</w:t>
      </w:r>
    </w:p>
    <w:p w:rsidR="00D35FC5" w:rsidRDefault="00BF203B" w:rsidP="00135C79">
      <w:pPr>
        <w:spacing w:line="360" w:lineRule="auto"/>
        <w:ind w:left="454" w:hanging="227"/>
        <w:jc w:val="both"/>
      </w:pPr>
      <w:r>
        <w:t>a) kontakt telefoniczny,</w:t>
      </w:r>
    </w:p>
    <w:p w:rsidR="00D35FC5" w:rsidRDefault="00BF203B" w:rsidP="00135C79">
      <w:pPr>
        <w:spacing w:line="360" w:lineRule="auto"/>
        <w:ind w:left="454" w:hanging="227"/>
        <w:jc w:val="both"/>
      </w:pPr>
      <w:r>
        <w:t>b) kontakt e-mailowy,</w:t>
      </w:r>
    </w:p>
    <w:p w:rsidR="00D35FC5" w:rsidRDefault="001F12C3" w:rsidP="00135C79">
      <w:pPr>
        <w:spacing w:line="360" w:lineRule="auto"/>
        <w:ind w:left="454" w:hanging="227"/>
        <w:jc w:val="both"/>
      </w:pPr>
      <w:r>
        <w:t xml:space="preserve">c) </w:t>
      </w:r>
      <w:proofErr w:type="spellStart"/>
      <w:r>
        <w:t>serwisy</w:t>
      </w:r>
      <w:proofErr w:type="spellEnd"/>
      <w:r>
        <w:t xml:space="preserve"> </w:t>
      </w:r>
      <w:proofErr w:type="spellStart"/>
      <w:r>
        <w:t>ogłoszeniowe</w:t>
      </w:r>
      <w:proofErr w:type="spellEnd"/>
    </w:p>
    <w:p w:rsidR="00D35FC5" w:rsidRDefault="00BF203B" w:rsidP="00135C79">
      <w:pPr>
        <w:spacing w:line="360" w:lineRule="auto"/>
        <w:ind w:left="454" w:hanging="227"/>
        <w:jc w:val="both"/>
      </w:pPr>
      <w:r>
        <w:t>d) bezpośrednią wizytę w siedzibie Wynajmującego.</w:t>
      </w:r>
    </w:p>
    <w:p w:rsidR="00D35FC5" w:rsidRDefault="00BF203B" w:rsidP="00135C79">
      <w:pPr>
        <w:spacing w:line="360" w:lineRule="auto"/>
        <w:jc w:val="both"/>
      </w:pPr>
      <w:r>
        <w:t>Najemca otrzymuje potwierdzenie wstępnej rezerwacji drogą elektroniczną, bądź w formie papierowej (w przypadku bezpośredniej wizyty w siedzibie Wynajmującego).</w:t>
      </w:r>
    </w:p>
    <w:p w:rsidR="00D35FC5" w:rsidRDefault="00BF203B" w:rsidP="00135C79">
      <w:pPr>
        <w:spacing w:before="80" w:after="40" w:line="360" w:lineRule="auto"/>
        <w:ind w:left="283"/>
      </w:pPr>
      <w:r>
        <w:rPr>
          <w:b/>
        </w:rPr>
        <w:t>4.2. Rezerwacja</w:t>
      </w:r>
    </w:p>
    <w:p w:rsidR="00D35FC5" w:rsidRDefault="00BF203B" w:rsidP="00135C79">
      <w:pPr>
        <w:spacing w:line="360" w:lineRule="auto"/>
        <w:jc w:val="both"/>
      </w:pPr>
      <w:r>
        <w:t xml:space="preserve">Właściwa rezerwacja zostanie dokonana po podpisaniu Umowy oraz wpłacenia w ciągu dwóch dni roboczych od daty jej zawarcia częściowej (30%) wynagrodzenia z tytułu Umowy (kwota ta nie </w:t>
      </w:r>
      <w:proofErr w:type="spellStart"/>
      <w:r>
        <w:t>może</w:t>
      </w:r>
      <w:proofErr w:type="spellEnd"/>
      <w:r>
        <w:t xml:space="preserve"> </w:t>
      </w:r>
      <w:proofErr w:type="spellStart"/>
      <w:r>
        <w:t>by</w:t>
      </w:r>
      <w:r w:rsidR="005231B1">
        <w:t>ć</w:t>
      </w:r>
      <w:proofErr w:type="spellEnd"/>
      <w:r w:rsidR="005231B1">
        <w:t xml:space="preserve"> </w:t>
      </w:r>
      <w:proofErr w:type="spellStart"/>
      <w:r w:rsidR="005231B1">
        <w:t>jednak</w:t>
      </w:r>
      <w:proofErr w:type="spellEnd"/>
      <w:r w:rsidR="005231B1">
        <w:t xml:space="preserve"> </w:t>
      </w:r>
      <w:proofErr w:type="spellStart"/>
      <w:r w:rsidR="005231B1">
        <w:t>mniejsza</w:t>
      </w:r>
      <w:proofErr w:type="spellEnd"/>
      <w:r w:rsidR="005231B1">
        <w:t xml:space="preserve"> </w:t>
      </w:r>
      <w:proofErr w:type="spellStart"/>
      <w:r w:rsidR="005231B1">
        <w:t>niż</w:t>
      </w:r>
      <w:proofErr w:type="spellEnd"/>
      <w:r w:rsidR="005231B1">
        <w:t xml:space="preserve"> </w:t>
      </w:r>
      <w:r w:rsidR="005231B1" w:rsidRPr="005231B1">
        <w:rPr>
          <w:b/>
        </w:rPr>
        <w:t>PLN 1000</w:t>
      </w:r>
      <w:r w:rsidR="005231B1">
        <w:t xml:space="preserve">), </w:t>
      </w:r>
      <w:proofErr w:type="spellStart"/>
      <w:r w:rsidR="005231B1">
        <w:t>chyba</w:t>
      </w:r>
      <w:proofErr w:type="spellEnd"/>
      <w:r w:rsidR="005231B1">
        <w:t xml:space="preserve"> </w:t>
      </w:r>
      <w:proofErr w:type="spellStart"/>
      <w:r w:rsidR="005231B1">
        <w:t>że</w:t>
      </w:r>
      <w:proofErr w:type="spellEnd"/>
      <w:r w:rsidR="005231B1">
        <w:t xml:space="preserve"> </w:t>
      </w:r>
      <w:proofErr w:type="spellStart"/>
      <w:r w:rsidR="005231B1">
        <w:t>strony</w:t>
      </w:r>
      <w:proofErr w:type="spellEnd"/>
      <w:r w:rsidR="005231B1">
        <w:t xml:space="preserve"> </w:t>
      </w:r>
      <w:proofErr w:type="spellStart"/>
      <w:r w:rsidR="005231B1">
        <w:t>ustalą</w:t>
      </w:r>
      <w:proofErr w:type="spellEnd"/>
      <w:r w:rsidR="005231B1">
        <w:t xml:space="preserve"> </w:t>
      </w:r>
      <w:proofErr w:type="spellStart"/>
      <w:r w:rsidR="005231B1">
        <w:t>inaczej</w:t>
      </w:r>
      <w:proofErr w:type="spellEnd"/>
      <w:r w:rsidR="005231B1">
        <w:t>.</w:t>
      </w:r>
      <w:r>
        <w:t xml:space="preserve"> </w:t>
      </w:r>
      <w:proofErr w:type="spellStart"/>
      <w:r>
        <w:t>Płatności</w:t>
      </w:r>
      <w:proofErr w:type="spellEnd"/>
      <w:r>
        <w:t xml:space="preserve"> </w:t>
      </w:r>
      <w:proofErr w:type="spellStart"/>
      <w:r>
        <w:t>można</w:t>
      </w:r>
      <w:proofErr w:type="spellEnd"/>
      <w:r>
        <w:t xml:space="preserve"> </w:t>
      </w:r>
      <w:proofErr w:type="spellStart"/>
      <w:r>
        <w:t>dokonać</w:t>
      </w:r>
      <w:proofErr w:type="spellEnd"/>
      <w:r>
        <w:t xml:space="preserve"> </w:t>
      </w:r>
      <w:proofErr w:type="spellStart"/>
      <w:r>
        <w:t>gotówką</w:t>
      </w:r>
      <w:proofErr w:type="spellEnd"/>
      <w:r>
        <w:t xml:space="preserve"> bądź przelewem na wskazane przez Wynajmującego konto bankowe. Wpłata częściowej kwoty Najmu jest rozumiana jako zawarcie Umowy oraz zaakceptowanie niniejszego Regulaminu. Przed dniem odbioru Przedmiotu Najmu, Najemca wypełnia i przesyła niezbędne dokumenty wskazane w Regulaminie </w:t>
      </w:r>
      <w:proofErr w:type="spellStart"/>
      <w:r>
        <w:t>i</w:t>
      </w:r>
      <w:proofErr w:type="spellEnd"/>
      <w:r>
        <w:t xml:space="preserve"> </w:t>
      </w:r>
      <w:proofErr w:type="spellStart"/>
      <w:r>
        <w:t>opłaca</w:t>
      </w:r>
      <w:proofErr w:type="spellEnd"/>
      <w:r>
        <w:t xml:space="preserve"> 100% </w:t>
      </w:r>
      <w:proofErr w:type="spellStart"/>
      <w:r>
        <w:t>kwot</w:t>
      </w:r>
      <w:r w:rsidR="005231B1">
        <w:t>y</w:t>
      </w:r>
      <w:proofErr w:type="spellEnd"/>
      <w:r w:rsidR="005231B1">
        <w:t xml:space="preserve"> </w:t>
      </w:r>
      <w:proofErr w:type="spellStart"/>
      <w:r w:rsidR="005231B1">
        <w:t>wynagrodzenia</w:t>
      </w:r>
      <w:proofErr w:type="spellEnd"/>
      <w:r w:rsidR="005231B1">
        <w:t xml:space="preserve"> </w:t>
      </w:r>
      <w:proofErr w:type="spellStart"/>
      <w:r w:rsidR="005231B1">
        <w:t>za</w:t>
      </w:r>
      <w:proofErr w:type="spellEnd"/>
      <w:r w:rsidR="005231B1">
        <w:t xml:space="preserve"> </w:t>
      </w:r>
      <w:proofErr w:type="spellStart"/>
      <w:r w:rsidR="005231B1">
        <w:t>najem</w:t>
      </w:r>
      <w:proofErr w:type="spellEnd"/>
      <w:r w:rsidR="005231B1">
        <w:t xml:space="preserve"> – </w:t>
      </w:r>
      <w:proofErr w:type="spellStart"/>
      <w:r w:rsidR="005231B1">
        <w:t>chyba</w:t>
      </w:r>
      <w:proofErr w:type="spellEnd"/>
      <w:r w:rsidR="005231B1">
        <w:t xml:space="preserve"> </w:t>
      </w:r>
      <w:proofErr w:type="spellStart"/>
      <w:r w:rsidR="005231B1">
        <w:t>że</w:t>
      </w:r>
      <w:proofErr w:type="spellEnd"/>
      <w:r w:rsidR="005231B1">
        <w:t xml:space="preserve"> </w:t>
      </w:r>
      <w:proofErr w:type="spellStart"/>
      <w:r w:rsidR="005231B1">
        <w:t>strony</w:t>
      </w:r>
      <w:proofErr w:type="spellEnd"/>
      <w:r w:rsidR="005231B1">
        <w:t xml:space="preserve"> </w:t>
      </w:r>
      <w:proofErr w:type="spellStart"/>
      <w:r w:rsidR="005231B1">
        <w:t>ustalą</w:t>
      </w:r>
      <w:proofErr w:type="spellEnd"/>
      <w:r w:rsidR="005231B1">
        <w:t xml:space="preserve"> </w:t>
      </w:r>
      <w:proofErr w:type="spellStart"/>
      <w:r w:rsidR="005231B1">
        <w:t>inaczej</w:t>
      </w:r>
      <w:proofErr w:type="spellEnd"/>
      <w:r w:rsidR="005231B1">
        <w:t>.</w:t>
      </w:r>
      <w:r>
        <w:t xml:space="preserve"> W </w:t>
      </w:r>
      <w:proofErr w:type="spellStart"/>
      <w:r>
        <w:t>przypadku</w:t>
      </w:r>
      <w:proofErr w:type="spellEnd"/>
      <w:r>
        <w:t xml:space="preserve"> </w:t>
      </w:r>
      <w:proofErr w:type="spellStart"/>
      <w:r>
        <w:t>braku</w:t>
      </w:r>
      <w:proofErr w:type="spellEnd"/>
      <w:r>
        <w:t xml:space="preserve"> </w:t>
      </w:r>
      <w:proofErr w:type="spellStart"/>
      <w:r>
        <w:t>wpłaty</w:t>
      </w:r>
      <w:proofErr w:type="spellEnd"/>
      <w:r>
        <w:t xml:space="preserve"> </w:t>
      </w:r>
      <w:proofErr w:type="spellStart"/>
      <w:r>
        <w:t>pełnego</w:t>
      </w:r>
      <w:proofErr w:type="spellEnd"/>
      <w:r>
        <w:t xml:space="preserve"> wynagrodzenia strony zgodnie przyjmują, że Najemca zrezygnował z wynajmu </w:t>
      </w:r>
      <w:proofErr w:type="spellStart"/>
      <w:r>
        <w:t>Pojazdu</w:t>
      </w:r>
      <w:proofErr w:type="spellEnd"/>
      <w:r>
        <w:t xml:space="preserve">, a </w:t>
      </w:r>
      <w:proofErr w:type="spellStart"/>
      <w:r>
        <w:t>wpła</w:t>
      </w:r>
      <w:r w:rsidR="005231B1">
        <w:t>cona</w:t>
      </w:r>
      <w:proofErr w:type="spellEnd"/>
      <w:r w:rsidR="005231B1">
        <w:t xml:space="preserve"> </w:t>
      </w:r>
      <w:proofErr w:type="spellStart"/>
      <w:r w:rsidR="005231B1">
        <w:t>kwota</w:t>
      </w:r>
      <w:proofErr w:type="spellEnd"/>
      <w:r w:rsidR="005231B1">
        <w:t xml:space="preserve"> </w:t>
      </w:r>
      <w:proofErr w:type="spellStart"/>
      <w:r w:rsidR="005231B1">
        <w:t>nie</w:t>
      </w:r>
      <w:proofErr w:type="spellEnd"/>
      <w:r w:rsidR="005231B1">
        <w:t xml:space="preserve"> </w:t>
      </w:r>
      <w:proofErr w:type="spellStart"/>
      <w:r w:rsidR="005231B1">
        <w:t>podlega</w:t>
      </w:r>
      <w:proofErr w:type="spellEnd"/>
      <w:r w:rsidR="005231B1">
        <w:t xml:space="preserve"> </w:t>
      </w:r>
      <w:proofErr w:type="spellStart"/>
      <w:r w:rsidR="005231B1">
        <w:t>zwrotowi</w:t>
      </w:r>
      <w:proofErr w:type="spellEnd"/>
      <w:r w:rsidR="005231B1">
        <w:t xml:space="preserve">, </w:t>
      </w:r>
      <w:proofErr w:type="spellStart"/>
      <w:r w:rsidR="005231B1">
        <w:t>nie</w:t>
      </w:r>
      <w:proofErr w:type="spellEnd"/>
      <w:r w:rsidR="005231B1">
        <w:t xml:space="preserve"> </w:t>
      </w:r>
      <w:proofErr w:type="spellStart"/>
      <w:r w:rsidR="005231B1">
        <w:t>stosuje</w:t>
      </w:r>
      <w:proofErr w:type="spellEnd"/>
      <w:r w:rsidR="005231B1">
        <w:t xml:space="preserve"> </w:t>
      </w:r>
      <w:proofErr w:type="spellStart"/>
      <w:r w:rsidR="005231B1">
        <w:t>się</w:t>
      </w:r>
      <w:proofErr w:type="spellEnd"/>
      <w:r w:rsidR="005231B1">
        <w:t xml:space="preserve"> w </w:t>
      </w:r>
      <w:proofErr w:type="spellStart"/>
      <w:r w:rsidR="005231B1">
        <w:t>przypadku</w:t>
      </w:r>
      <w:proofErr w:type="spellEnd"/>
      <w:r w:rsidR="005231B1">
        <w:t xml:space="preserve"> </w:t>
      </w:r>
      <w:proofErr w:type="spellStart"/>
      <w:r w:rsidR="005231B1">
        <w:t>gdy</w:t>
      </w:r>
      <w:proofErr w:type="spellEnd"/>
      <w:r w:rsidR="005231B1">
        <w:t xml:space="preserve"> </w:t>
      </w:r>
      <w:proofErr w:type="spellStart"/>
      <w:r w:rsidR="005231B1">
        <w:t>strony</w:t>
      </w:r>
      <w:proofErr w:type="spellEnd"/>
      <w:r w:rsidR="005231B1">
        <w:t xml:space="preserve"> </w:t>
      </w:r>
      <w:proofErr w:type="spellStart"/>
      <w:r w:rsidR="005231B1">
        <w:t>ustaliły</w:t>
      </w:r>
      <w:proofErr w:type="spellEnd"/>
      <w:r w:rsidR="005231B1">
        <w:t xml:space="preserve"> </w:t>
      </w:r>
      <w:proofErr w:type="spellStart"/>
      <w:r w:rsidR="005231B1">
        <w:t>inaczej</w:t>
      </w:r>
      <w:proofErr w:type="spellEnd"/>
      <w:r w:rsidR="005231B1">
        <w:t>.</w:t>
      </w:r>
    </w:p>
    <w:p w:rsidR="00D35FC5" w:rsidRDefault="00BF203B" w:rsidP="00135C79">
      <w:pPr>
        <w:spacing w:before="120" w:after="0" w:line="360" w:lineRule="auto"/>
        <w:jc w:val="center"/>
      </w:pPr>
      <w:r>
        <w:rPr>
          <w:b/>
          <w:sz w:val="22"/>
        </w:rPr>
        <w:t>§5</w:t>
      </w:r>
    </w:p>
    <w:p w:rsidR="00D35FC5" w:rsidRDefault="00BF203B" w:rsidP="00135C79">
      <w:pPr>
        <w:spacing w:after="120" w:line="360" w:lineRule="auto"/>
        <w:jc w:val="center"/>
      </w:pPr>
      <w:r>
        <w:rPr>
          <w:b/>
          <w:sz w:val="22"/>
        </w:rPr>
        <w:t>Koszty Najmu</w:t>
      </w:r>
    </w:p>
    <w:p w:rsidR="00D35FC5" w:rsidRDefault="00BF203B" w:rsidP="00135C79">
      <w:pPr>
        <w:spacing w:line="360" w:lineRule="auto"/>
        <w:jc w:val="both"/>
      </w:pPr>
      <w:r>
        <w:t>Całkowity koszt najmu za Przedmiot Najmu, ustalany jest na podstawie aktualnego cennika Wynajmującego, który jest umieszczony na stronie internetowej. W skład kosztu wchodzi w szczególności:</w:t>
      </w:r>
    </w:p>
    <w:p w:rsidR="00D35FC5" w:rsidRDefault="00BF203B" w:rsidP="00135C79">
      <w:pPr>
        <w:spacing w:line="360" w:lineRule="auto"/>
        <w:ind w:left="454" w:hanging="227"/>
        <w:jc w:val="both"/>
      </w:pPr>
      <w:r>
        <w:t>a) wynagrodzenie za Najem liczone według liczby dni, których ilość została określona w Umowie Najmu,</w:t>
      </w:r>
    </w:p>
    <w:p w:rsidR="00971C78" w:rsidRPr="005231B1" w:rsidRDefault="00BF203B" w:rsidP="005231B1">
      <w:pPr>
        <w:spacing w:line="360" w:lineRule="auto"/>
        <w:ind w:left="454" w:hanging="227"/>
        <w:jc w:val="both"/>
      </w:pPr>
      <w:r>
        <w:t xml:space="preserve">b) kaucja, która jest zwracana w ciągu siedmiu dni od dnia zwrotu Pojazdu, jeżeli Przedmiot Najmu był prawidłowo użytkowany oraz nie zostały </w:t>
      </w:r>
      <w:proofErr w:type="spellStart"/>
      <w:r>
        <w:t>naruszone</w:t>
      </w:r>
      <w:proofErr w:type="spellEnd"/>
      <w:r>
        <w:t xml:space="preserve"> </w:t>
      </w:r>
      <w:proofErr w:type="spellStart"/>
      <w:r>
        <w:t>punkty</w:t>
      </w:r>
      <w:proofErr w:type="spellEnd"/>
      <w:r>
        <w:t xml:space="preserve"> </w:t>
      </w:r>
      <w:proofErr w:type="spellStart"/>
      <w:r>
        <w:t>znajdujące</w:t>
      </w:r>
      <w:proofErr w:type="spellEnd"/>
      <w:r>
        <w:t xml:space="preserve"> </w:t>
      </w:r>
      <w:proofErr w:type="spellStart"/>
      <w:r>
        <w:t>się</w:t>
      </w:r>
      <w:proofErr w:type="spellEnd"/>
      <w:r>
        <w:t xml:space="preserve"> w </w:t>
      </w:r>
      <w:proofErr w:type="spellStart"/>
      <w:r>
        <w:t>niniejszym</w:t>
      </w:r>
      <w:proofErr w:type="spellEnd"/>
      <w:r>
        <w:t xml:space="preserve"> </w:t>
      </w:r>
      <w:proofErr w:type="spellStart"/>
      <w:r>
        <w:t>Regulaminie</w:t>
      </w:r>
      <w:proofErr w:type="spellEnd"/>
      <w:r>
        <w:t>.</w:t>
      </w:r>
    </w:p>
    <w:p w:rsidR="00D35FC5" w:rsidRDefault="00BF203B" w:rsidP="00135C79">
      <w:pPr>
        <w:spacing w:before="120" w:after="0" w:line="360" w:lineRule="auto"/>
        <w:jc w:val="center"/>
      </w:pPr>
      <w:r>
        <w:rPr>
          <w:b/>
          <w:sz w:val="22"/>
        </w:rPr>
        <w:t>§6</w:t>
      </w:r>
    </w:p>
    <w:p w:rsidR="00D35FC5" w:rsidRDefault="00BF203B" w:rsidP="00135C79">
      <w:pPr>
        <w:spacing w:after="120" w:line="360" w:lineRule="auto"/>
        <w:jc w:val="center"/>
      </w:pPr>
      <w:r>
        <w:rPr>
          <w:b/>
          <w:sz w:val="22"/>
        </w:rPr>
        <w:t>Kaucja</w:t>
      </w:r>
    </w:p>
    <w:p w:rsidR="00D35FC5" w:rsidRDefault="00BF203B" w:rsidP="00135C79">
      <w:pPr>
        <w:spacing w:line="360" w:lineRule="auto"/>
        <w:jc w:val="both"/>
      </w:pPr>
      <w:r>
        <w:t>6.1. Najemca zobowiązuje się wpłacić kaucję zwrotną, na zabezpieczenie roszczeń i należności przysługujących z tytułu niewykonania lub nienależytego wykonania umowy, jak również opłat i kar należnych od Najemcy, w w</w:t>
      </w:r>
      <w:r w:rsidR="00055486">
        <w:t xml:space="preserve">ysokości nie </w:t>
      </w:r>
      <w:proofErr w:type="spellStart"/>
      <w:r w:rsidR="00055486">
        <w:t>mniejszej</w:t>
      </w:r>
      <w:proofErr w:type="spellEnd"/>
      <w:r w:rsidR="00055486">
        <w:t xml:space="preserve"> </w:t>
      </w:r>
      <w:proofErr w:type="spellStart"/>
      <w:r w:rsidR="00055486">
        <w:t>niż</w:t>
      </w:r>
      <w:proofErr w:type="spellEnd"/>
      <w:r w:rsidR="00055486">
        <w:t xml:space="preserve"> </w:t>
      </w:r>
      <w:r w:rsidR="00055486" w:rsidRPr="00055486">
        <w:rPr>
          <w:b/>
        </w:rPr>
        <w:t>PLN 5</w:t>
      </w:r>
      <w:r w:rsidRPr="00055486">
        <w:rPr>
          <w:b/>
        </w:rPr>
        <w:t>000</w:t>
      </w:r>
      <w:r>
        <w:t xml:space="preserve">, </w:t>
      </w:r>
      <w:proofErr w:type="spellStart"/>
      <w:r>
        <w:t>każdorazowo</w:t>
      </w:r>
      <w:proofErr w:type="spellEnd"/>
      <w:r>
        <w:t xml:space="preserve"> </w:t>
      </w:r>
      <w:proofErr w:type="spellStart"/>
      <w:r>
        <w:t>okre</w:t>
      </w:r>
      <w:r w:rsidR="005231B1">
        <w:t>ślonej</w:t>
      </w:r>
      <w:proofErr w:type="spellEnd"/>
      <w:r w:rsidR="005231B1">
        <w:t xml:space="preserve"> w </w:t>
      </w:r>
      <w:proofErr w:type="spellStart"/>
      <w:r w:rsidR="005231B1">
        <w:t>Umowie</w:t>
      </w:r>
      <w:proofErr w:type="spellEnd"/>
      <w:r w:rsidR="005231B1">
        <w:t xml:space="preserve">, </w:t>
      </w:r>
      <w:proofErr w:type="spellStart"/>
      <w:r w:rsidR="005231B1">
        <w:t>najpóźniej</w:t>
      </w:r>
      <w:proofErr w:type="spellEnd"/>
      <w:r w:rsidR="005231B1">
        <w:t xml:space="preserve"> w</w:t>
      </w:r>
      <w:r>
        <w:t xml:space="preserve"> </w:t>
      </w:r>
      <w:proofErr w:type="spellStart"/>
      <w:r>
        <w:t>dni</w:t>
      </w:r>
      <w:r w:rsidR="005231B1">
        <w:t>u</w:t>
      </w:r>
      <w:proofErr w:type="spellEnd"/>
      <w:r w:rsidR="005231B1">
        <w:t xml:space="preserve"> </w:t>
      </w:r>
      <w:proofErr w:type="spellStart"/>
      <w:r w:rsidR="005231B1">
        <w:t>odbioru</w:t>
      </w:r>
      <w:proofErr w:type="spellEnd"/>
      <w:r>
        <w:t xml:space="preserve"> </w:t>
      </w:r>
      <w:proofErr w:type="spellStart"/>
      <w:r>
        <w:t>Przedmiotu</w:t>
      </w:r>
      <w:proofErr w:type="spellEnd"/>
      <w:r>
        <w:t xml:space="preserve"> </w:t>
      </w:r>
      <w:proofErr w:type="spellStart"/>
      <w:r>
        <w:t>Najmu</w:t>
      </w:r>
      <w:proofErr w:type="spellEnd"/>
      <w:r>
        <w:t xml:space="preserve">. </w:t>
      </w:r>
      <w:proofErr w:type="spellStart"/>
      <w:r>
        <w:t>Kaucja</w:t>
      </w:r>
      <w:proofErr w:type="spellEnd"/>
      <w:r>
        <w:t xml:space="preserve"> </w:t>
      </w:r>
      <w:proofErr w:type="spellStart"/>
      <w:r>
        <w:t>przeznaczona</w:t>
      </w:r>
      <w:proofErr w:type="spellEnd"/>
      <w:r>
        <w:t xml:space="preserve"> jest </w:t>
      </w:r>
      <w:proofErr w:type="spellStart"/>
      <w:r>
        <w:t>na</w:t>
      </w:r>
      <w:proofErr w:type="spellEnd"/>
      <w:r>
        <w:t xml:space="preserve"> pokrycie ewentualnych kosztów napraw bądź ubytków w wyposażeniu Przedmiotu Najmu, jak również wszelkich innych roszczeń wobec Najemcy wynikających z umowy najmu.</w:t>
      </w:r>
    </w:p>
    <w:p w:rsidR="00D35FC5" w:rsidRDefault="00BF203B" w:rsidP="00135C79">
      <w:pPr>
        <w:spacing w:line="360" w:lineRule="auto"/>
        <w:jc w:val="both"/>
      </w:pPr>
      <w:r>
        <w:lastRenderedPageBreak/>
        <w:t xml:space="preserve">6.2. W przypadku braku dodatkowych kosztów, o których mowa w § 6.1, całkowita kwota kaucji zostanie zwrócona w ciągu 7 dni od daty oddania Pojazdu oraz podpisania protokołu zdawczo - odbiorczego. Kaucja zostanie </w:t>
      </w:r>
      <w:proofErr w:type="spellStart"/>
      <w:r>
        <w:t>zwrócona</w:t>
      </w:r>
      <w:proofErr w:type="spellEnd"/>
      <w:r>
        <w:t xml:space="preserve"> </w:t>
      </w:r>
      <w:proofErr w:type="spellStart"/>
      <w:r>
        <w:t>na</w:t>
      </w:r>
      <w:proofErr w:type="spellEnd"/>
      <w:r>
        <w:t xml:space="preserve"> </w:t>
      </w:r>
      <w:proofErr w:type="spellStart"/>
      <w:r>
        <w:t>wskaz</w:t>
      </w:r>
      <w:r w:rsidR="005231B1">
        <w:t>ane</w:t>
      </w:r>
      <w:proofErr w:type="spellEnd"/>
      <w:r w:rsidR="005231B1">
        <w:t xml:space="preserve"> </w:t>
      </w:r>
      <w:proofErr w:type="spellStart"/>
      <w:r w:rsidR="005231B1">
        <w:t>przez</w:t>
      </w:r>
      <w:proofErr w:type="spellEnd"/>
      <w:r w:rsidR="005231B1">
        <w:t xml:space="preserve"> </w:t>
      </w:r>
      <w:proofErr w:type="spellStart"/>
      <w:r w:rsidR="005231B1">
        <w:t>Najemcę</w:t>
      </w:r>
      <w:proofErr w:type="spellEnd"/>
      <w:r w:rsidR="005231B1">
        <w:t xml:space="preserve"> </w:t>
      </w:r>
      <w:proofErr w:type="spellStart"/>
      <w:r w:rsidR="005231B1">
        <w:t>konto</w:t>
      </w:r>
      <w:proofErr w:type="spellEnd"/>
      <w:r w:rsidR="005231B1">
        <w:t xml:space="preserve"> </w:t>
      </w:r>
      <w:proofErr w:type="spellStart"/>
      <w:r w:rsidR="005231B1">
        <w:t>bankowe</w:t>
      </w:r>
      <w:proofErr w:type="spellEnd"/>
      <w:r w:rsidR="005231B1">
        <w:t xml:space="preserve"> </w:t>
      </w:r>
      <w:proofErr w:type="spellStart"/>
      <w:r w:rsidR="005231B1">
        <w:t>lub</w:t>
      </w:r>
      <w:proofErr w:type="spellEnd"/>
      <w:r w:rsidR="005231B1">
        <w:t xml:space="preserve"> </w:t>
      </w:r>
      <w:proofErr w:type="spellStart"/>
      <w:r w:rsidR="005231B1">
        <w:t>gotówką</w:t>
      </w:r>
      <w:proofErr w:type="spellEnd"/>
      <w:r w:rsidR="005231B1">
        <w:t xml:space="preserve"> </w:t>
      </w:r>
      <w:proofErr w:type="spellStart"/>
      <w:r w:rsidR="005231B1">
        <w:t>zgodnie</w:t>
      </w:r>
      <w:proofErr w:type="spellEnd"/>
      <w:r w:rsidR="005231B1">
        <w:t xml:space="preserve"> z </w:t>
      </w:r>
      <w:proofErr w:type="spellStart"/>
      <w:r w:rsidR="005231B1">
        <w:t>ustaleniami</w:t>
      </w:r>
      <w:proofErr w:type="spellEnd"/>
      <w:r w:rsidR="005231B1">
        <w:t>.</w:t>
      </w:r>
    </w:p>
    <w:p w:rsidR="00D35FC5" w:rsidRDefault="00BF203B" w:rsidP="00135C79">
      <w:pPr>
        <w:spacing w:line="360" w:lineRule="auto"/>
        <w:jc w:val="both"/>
      </w:pPr>
      <w:r>
        <w:t>6.3. Jeżeli w ciągu tych 7 dni zostaną wykryte usterki spowodowane przez Najemcę, a nieuwzględnione w protokole zdawczo-odbiorczym z powodu niedopatrzenia bądź zatajenia, Wynajmujący po udokumentowaniu usterek i przekazaniu dokumentacji Najemcy ma prawo do pomniejszenia wypłaconej kaucji o koszt naprawy ustalonych usterek.</w:t>
      </w:r>
    </w:p>
    <w:p w:rsidR="00D35FC5" w:rsidRDefault="00BF203B" w:rsidP="00135C79">
      <w:pPr>
        <w:spacing w:line="360" w:lineRule="auto"/>
        <w:jc w:val="both"/>
      </w:pPr>
      <w:r>
        <w:t>6.4. Utrata całości kaucji bądź jej części wynika z nieprzestrzegania przez Najemcę warunków przedstawionych w niniejszym Regulaminie i Umowie, szczególnie (lecz niewyłącznie) w przypadkach:</w:t>
      </w:r>
    </w:p>
    <w:p w:rsidR="00D35FC5" w:rsidRDefault="00BF203B" w:rsidP="00135C79">
      <w:pPr>
        <w:spacing w:line="360" w:lineRule="auto"/>
        <w:ind w:left="454" w:hanging="227"/>
        <w:jc w:val="both"/>
      </w:pPr>
      <w:r>
        <w:t>a) kradzieży lub szkody całkowitej Przedmiotu Najmu – utrata całości kaucji,</w:t>
      </w:r>
    </w:p>
    <w:p w:rsidR="00D35FC5" w:rsidRDefault="00BF203B" w:rsidP="00135C79">
      <w:pPr>
        <w:spacing w:line="360" w:lineRule="auto"/>
        <w:ind w:left="454" w:hanging="227"/>
        <w:jc w:val="both"/>
      </w:pPr>
      <w:r>
        <w:t>b) spowodowanie kolizji drogowej z winy Najemcy – utrata całości kaucji,</w:t>
      </w:r>
    </w:p>
    <w:p w:rsidR="00D35FC5" w:rsidRDefault="00BF203B" w:rsidP="00135C79">
      <w:pPr>
        <w:spacing w:line="360" w:lineRule="auto"/>
        <w:ind w:left="454" w:hanging="227"/>
        <w:jc w:val="both"/>
      </w:pPr>
      <w:r>
        <w:t>c) niekontrolowanie poziomu oleju silnikowego, co może skutkować uszkodzeniem silnika – utrata całości kaucji,</w:t>
      </w:r>
    </w:p>
    <w:p w:rsidR="00D35FC5" w:rsidRDefault="00BF203B" w:rsidP="00135C79">
      <w:pPr>
        <w:spacing w:line="360" w:lineRule="auto"/>
        <w:ind w:left="454" w:hanging="227"/>
        <w:jc w:val="both"/>
      </w:pPr>
      <w:r>
        <w:t>d) uszkodzenie Przedmiotu Najmu – wypłacona kaucja zostanie pomniejszona o połowę lub w przypadku poważniejszego uszkodzenia o kwotę kosztów naprawy pojazdu,</w:t>
      </w:r>
    </w:p>
    <w:p w:rsidR="00D35FC5" w:rsidRDefault="00BF203B" w:rsidP="00135C79">
      <w:pPr>
        <w:spacing w:line="360" w:lineRule="auto"/>
        <w:ind w:left="454" w:hanging="227"/>
        <w:jc w:val="both"/>
      </w:pPr>
      <w:r>
        <w:t>e) kradzież, zgubienie bądź zniszczenie kluczyków, pilota bądź dokumentów Przedmiotu Najmu – wypłacona kaucja zostanie pomniejszona o kwotę PLN 1000,</w:t>
      </w:r>
    </w:p>
    <w:p w:rsidR="00D35FC5" w:rsidRDefault="00BF203B" w:rsidP="00135C79">
      <w:pPr>
        <w:spacing w:line="360" w:lineRule="auto"/>
        <w:ind w:left="454" w:hanging="227"/>
        <w:jc w:val="both"/>
      </w:pPr>
      <w:r>
        <w:t>f) złamanie zakazu palenia w Przedmiocie Najmu – wypłacona kaucja zostanie pomniejszona o kwotę PLN 500,</w:t>
      </w:r>
    </w:p>
    <w:p w:rsidR="00D35FC5" w:rsidRDefault="00BF203B" w:rsidP="00135C79">
      <w:pPr>
        <w:spacing w:line="360" w:lineRule="auto"/>
        <w:ind w:left="454" w:hanging="227"/>
        <w:jc w:val="both"/>
      </w:pPr>
      <w:r>
        <w:t xml:space="preserve">g) zwrot brudnego wewnątrz pojazdu – wypłacona kaucja </w:t>
      </w:r>
      <w:proofErr w:type="spellStart"/>
      <w:r>
        <w:t>zos</w:t>
      </w:r>
      <w:r w:rsidR="005231B1">
        <w:t>tanie</w:t>
      </w:r>
      <w:proofErr w:type="spellEnd"/>
      <w:r w:rsidR="005231B1">
        <w:t xml:space="preserve"> </w:t>
      </w:r>
      <w:proofErr w:type="spellStart"/>
      <w:r w:rsidR="005231B1">
        <w:t>pomniejszona</w:t>
      </w:r>
      <w:proofErr w:type="spellEnd"/>
      <w:r w:rsidR="005231B1">
        <w:t xml:space="preserve"> o </w:t>
      </w:r>
      <w:proofErr w:type="spellStart"/>
      <w:r w:rsidR="005231B1">
        <w:t>kwotę</w:t>
      </w:r>
      <w:proofErr w:type="spellEnd"/>
      <w:r w:rsidR="005231B1">
        <w:t xml:space="preserve"> PLN 3</w:t>
      </w:r>
      <w:r>
        <w:t>00,</w:t>
      </w:r>
    </w:p>
    <w:p w:rsidR="00D35FC5" w:rsidRDefault="00BF203B" w:rsidP="00135C79">
      <w:pPr>
        <w:spacing w:line="360" w:lineRule="auto"/>
        <w:ind w:left="454" w:hanging="227"/>
        <w:jc w:val="both"/>
      </w:pPr>
      <w:r>
        <w:t xml:space="preserve">h) zabrudzenie tapicerki wymagające prania – wypłacona kaucja </w:t>
      </w:r>
      <w:proofErr w:type="spellStart"/>
      <w:r>
        <w:t>zos</w:t>
      </w:r>
      <w:r w:rsidR="005231B1">
        <w:t>tanie</w:t>
      </w:r>
      <w:proofErr w:type="spellEnd"/>
      <w:r w:rsidR="005231B1">
        <w:t xml:space="preserve"> </w:t>
      </w:r>
      <w:proofErr w:type="spellStart"/>
      <w:r w:rsidR="005231B1">
        <w:t>pomniejszona</w:t>
      </w:r>
      <w:proofErr w:type="spellEnd"/>
      <w:r w:rsidR="005231B1">
        <w:t xml:space="preserve"> o </w:t>
      </w:r>
      <w:proofErr w:type="spellStart"/>
      <w:r w:rsidR="005231B1">
        <w:t>kwotę</w:t>
      </w:r>
      <w:proofErr w:type="spellEnd"/>
      <w:r w:rsidR="005231B1">
        <w:t xml:space="preserve"> PLN 5</w:t>
      </w:r>
      <w:r>
        <w:t>00,</w:t>
      </w:r>
    </w:p>
    <w:p w:rsidR="00D35FC5" w:rsidRDefault="00BF203B" w:rsidP="00135C79">
      <w:pPr>
        <w:spacing w:line="360" w:lineRule="auto"/>
        <w:ind w:left="454" w:hanging="227"/>
        <w:jc w:val="both"/>
      </w:pPr>
      <w:r>
        <w:t xml:space="preserve">i) niewyczyszczenie toalety chemicznej – wypłacona kaucja </w:t>
      </w:r>
      <w:proofErr w:type="spellStart"/>
      <w:r>
        <w:t>zostani</w:t>
      </w:r>
      <w:r w:rsidR="005231B1">
        <w:t>e</w:t>
      </w:r>
      <w:proofErr w:type="spellEnd"/>
      <w:r w:rsidR="005231B1">
        <w:t xml:space="preserve"> </w:t>
      </w:r>
      <w:proofErr w:type="spellStart"/>
      <w:r w:rsidR="005231B1">
        <w:t>pomniejszona</w:t>
      </w:r>
      <w:proofErr w:type="spellEnd"/>
      <w:r w:rsidR="005231B1">
        <w:t xml:space="preserve"> o </w:t>
      </w:r>
      <w:proofErr w:type="spellStart"/>
      <w:r w:rsidR="005231B1">
        <w:t>kwotę</w:t>
      </w:r>
      <w:proofErr w:type="spellEnd"/>
      <w:r w:rsidR="005231B1">
        <w:t xml:space="preserve"> PLN 2</w:t>
      </w:r>
      <w:r>
        <w:t>00,</w:t>
      </w:r>
    </w:p>
    <w:p w:rsidR="00202410" w:rsidRDefault="00BF203B" w:rsidP="005231B1">
      <w:pPr>
        <w:spacing w:line="360" w:lineRule="auto"/>
        <w:ind w:left="454" w:hanging="227"/>
        <w:jc w:val="both"/>
      </w:pPr>
      <w:r>
        <w:t xml:space="preserve">j) zwrot brudnego na zewnątrz pojazdu – </w:t>
      </w:r>
      <w:proofErr w:type="spellStart"/>
      <w:r>
        <w:t>wypłacona</w:t>
      </w:r>
      <w:proofErr w:type="spellEnd"/>
      <w:r>
        <w:t xml:space="preserve"> </w:t>
      </w:r>
      <w:proofErr w:type="spellStart"/>
      <w:r>
        <w:t>kaucja</w:t>
      </w:r>
      <w:proofErr w:type="spellEnd"/>
      <w:r>
        <w:t xml:space="preserve"> </w:t>
      </w:r>
      <w:proofErr w:type="spellStart"/>
      <w:r>
        <w:t>zos</w:t>
      </w:r>
      <w:r w:rsidR="005231B1">
        <w:t>tanie</w:t>
      </w:r>
      <w:proofErr w:type="spellEnd"/>
      <w:r w:rsidR="005231B1">
        <w:t xml:space="preserve"> </w:t>
      </w:r>
      <w:proofErr w:type="spellStart"/>
      <w:r w:rsidR="005231B1">
        <w:t>pomniejszona</w:t>
      </w:r>
      <w:proofErr w:type="spellEnd"/>
      <w:r w:rsidR="005231B1">
        <w:t xml:space="preserve"> o </w:t>
      </w:r>
      <w:proofErr w:type="spellStart"/>
      <w:r w:rsidR="005231B1">
        <w:t>kwotę</w:t>
      </w:r>
      <w:proofErr w:type="spellEnd"/>
      <w:r w:rsidR="005231B1">
        <w:t xml:space="preserve"> PLN 2</w:t>
      </w:r>
      <w:r>
        <w:t>00,</w:t>
      </w:r>
    </w:p>
    <w:p w:rsidR="00D35FC5" w:rsidRDefault="00BF203B" w:rsidP="00135C79">
      <w:pPr>
        <w:spacing w:line="360" w:lineRule="auto"/>
        <w:ind w:left="454" w:hanging="227"/>
        <w:jc w:val="both"/>
      </w:pPr>
      <w:r>
        <w:t>k) nieuzupełnienie zbiornika paliwa po okresie najmu – wypłacona kaucja zostanie pomniejszona o kwotę PLN 100 plus koszty paliwa,</w:t>
      </w:r>
    </w:p>
    <w:p w:rsidR="005231B1" w:rsidRDefault="00BF203B" w:rsidP="005231B1">
      <w:pPr>
        <w:spacing w:line="360" w:lineRule="auto"/>
        <w:ind w:left="454" w:hanging="227"/>
        <w:jc w:val="both"/>
      </w:pPr>
      <w:r>
        <w:t xml:space="preserve">l) </w:t>
      </w:r>
      <w:proofErr w:type="spellStart"/>
      <w:r>
        <w:t>n</w:t>
      </w:r>
      <w:r w:rsidR="005231B1">
        <w:t>apełnienie</w:t>
      </w:r>
      <w:proofErr w:type="spellEnd"/>
      <w:r w:rsidR="005231B1">
        <w:t xml:space="preserve"> </w:t>
      </w:r>
      <w:proofErr w:type="spellStart"/>
      <w:r w:rsidR="005231B1">
        <w:t>butli</w:t>
      </w:r>
      <w:proofErr w:type="spellEnd"/>
      <w:r w:rsidR="005231B1">
        <w:t xml:space="preserve"> </w:t>
      </w:r>
      <w:proofErr w:type="spellStart"/>
      <w:r w:rsidR="005231B1">
        <w:t>gazowej</w:t>
      </w:r>
      <w:proofErr w:type="spellEnd"/>
      <w:r w:rsidR="005231B1">
        <w:t xml:space="preserve"> – PLN 15</w:t>
      </w:r>
      <w:r>
        <w:t>0.</w:t>
      </w:r>
    </w:p>
    <w:p w:rsidR="005231B1" w:rsidRDefault="005231B1" w:rsidP="005231B1">
      <w:pPr>
        <w:spacing w:line="360" w:lineRule="auto"/>
        <w:jc w:val="both"/>
      </w:pPr>
      <w:proofErr w:type="spellStart"/>
      <w:r>
        <w:t>Wszystkie</w:t>
      </w:r>
      <w:proofErr w:type="spellEnd"/>
      <w:r>
        <w:t xml:space="preserve"> </w:t>
      </w:r>
      <w:proofErr w:type="spellStart"/>
      <w:r>
        <w:t>kwoty</w:t>
      </w:r>
      <w:proofErr w:type="spellEnd"/>
      <w:r>
        <w:t xml:space="preserve"> </w:t>
      </w:r>
      <w:proofErr w:type="spellStart"/>
      <w:r>
        <w:t>są</w:t>
      </w:r>
      <w:proofErr w:type="spellEnd"/>
      <w:r>
        <w:t xml:space="preserve"> </w:t>
      </w:r>
      <w:proofErr w:type="spellStart"/>
      <w:r>
        <w:t>kwotami</w:t>
      </w:r>
      <w:proofErr w:type="spellEnd"/>
      <w:r>
        <w:t xml:space="preserve"> </w:t>
      </w:r>
      <w:proofErr w:type="spellStart"/>
      <w:r>
        <w:t>netto</w:t>
      </w:r>
      <w:proofErr w:type="spellEnd"/>
      <w:r>
        <w:t xml:space="preserve"> </w:t>
      </w:r>
      <w:proofErr w:type="spellStart"/>
      <w:r>
        <w:t>i</w:t>
      </w:r>
      <w:proofErr w:type="spellEnd"/>
      <w:r>
        <w:t xml:space="preserve"> </w:t>
      </w:r>
      <w:proofErr w:type="spellStart"/>
      <w:r>
        <w:t>zostaną</w:t>
      </w:r>
      <w:proofErr w:type="spellEnd"/>
      <w:r>
        <w:t xml:space="preserve"> </w:t>
      </w:r>
      <w:proofErr w:type="spellStart"/>
      <w:r>
        <w:t>powiększone</w:t>
      </w:r>
      <w:proofErr w:type="spellEnd"/>
      <w:r>
        <w:t xml:space="preserve"> o </w:t>
      </w:r>
      <w:proofErr w:type="spellStart"/>
      <w:r>
        <w:t>podatek</w:t>
      </w:r>
      <w:proofErr w:type="spellEnd"/>
      <w:r>
        <w:t xml:space="preserve"> VAT 23%</w:t>
      </w:r>
    </w:p>
    <w:p w:rsidR="00D35FC5" w:rsidRDefault="00BF203B" w:rsidP="00135C79">
      <w:pPr>
        <w:spacing w:before="120" w:after="0" w:line="360" w:lineRule="auto"/>
        <w:jc w:val="center"/>
      </w:pPr>
      <w:r>
        <w:rPr>
          <w:b/>
          <w:sz w:val="22"/>
        </w:rPr>
        <w:t>§7</w:t>
      </w:r>
    </w:p>
    <w:p w:rsidR="00D35FC5" w:rsidRDefault="00BF203B" w:rsidP="00135C79">
      <w:pPr>
        <w:spacing w:after="120" w:line="360" w:lineRule="auto"/>
        <w:jc w:val="center"/>
      </w:pPr>
      <w:r>
        <w:rPr>
          <w:b/>
          <w:sz w:val="22"/>
        </w:rPr>
        <w:t>Ograniczenia w użytkowaniu</w:t>
      </w:r>
    </w:p>
    <w:p w:rsidR="00D35FC5" w:rsidRDefault="00BF203B" w:rsidP="00135C79">
      <w:pPr>
        <w:spacing w:line="360" w:lineRule="auto"/>
        <w:jc w:val="both"/>
      </w:pPr>
      <w:r>
        <w:t>7.1. W Przedmiocie Najmu obowiązuje bezwzględny zakaz palenia papierosów oraz spożywania innych używek w tym wszelkich środków psychoaktywnych.</w:t>
      </w:r>
    </w:p>
    <w:p w:rsidR="00D35FC5" w:rsidRDefault="00BF203B" w:rsidP="00135C79">
      <w:pPr>
        <w:spacing w:line="360" w:lineRule="auto"/>
        <w:jc w:val="both"/>
      </w:pPr>
      <w:r>
        <w:t>7.2. W Przedmiocie Najmu obowiązuje zakaz przetrzymywania bądź przewożenia zwierząt bez zgody Wynajmującego.</w:t>
      </w:r>
    </w:p>
    <w:p w:rsidR="00D35FC5" w:rsidRDefault="00BF203B" w:rsidP="00135C79">
      <w:pPr>
        <w:spacing w:line="360" w:lineRule="auto"/>
        <w:jc w:val="both"/>
      </w:pPr>
      <w:r>
        <w:t>7.3. Przedmiot Najmu nie może być wykorzystywany do podróży po bezdrożach bądź terenach górskich lub leśnych, do jazdy, po których Pojazd nie jest technicznie przystosowany.</w:t>
      </w:r>
    </w:p>
    <w:p w:rsidR="00D35FC5" w:rsidRDefault="00BF203B" w:rsidP="00135C79">
      <w:pPr>
        <w:spacing w:line="360" w:lineRule="auto"/>
        <w:jc w:val="both"/>
      </w:pPr>
      <w:r>
        <w:t xml:space="preserve">7.4. Przedmiot Najmu może być wykorzystywany jedynie do celów rekreacyjno-turystycznych. Zabrania się wykorzystywania Pojazdu do transportu towarów, wszelkich zwierząt dzikich i domowych, zwłok, materiałów </w:t>
      </w:r>
      <w:r>
        <w:lastRenderedPageBreak/>
        <w:t>niebezpiecznych chemicznie, biologicznie radioaktywnych, łatwopalnych bądź nielegalnych oraz brania udziału w imprezach samochodowych.</w:t>
      </w:r>
    </w:p>
    <w:p w:rsidR="00995A6C" w:rsidRDefault="00BF203B" w:rsidP="00135C79">
      <w:pPr>
        <w:spacing w:line="360" w:lineRule="auto"/>
        <w:jc w:val="both"/>
      </w:pPr>
      <w:r>
        <w:t xml:space="preserve">7.5. Przedmiot Najmu nie może być udostępniany osobom trzecim. W przypadku przekazania Pojazdu osobie trzeciej, Najemca ponosi pełną odpowiedzialność za Przedmiot Najmu oraz zobowiązany jest do </w:t>
      </w:r>
      <w:proofErr w:type="spellStart"/>
      <w:r>
        <w:t>zapłat</w:t>
      </w:r>
      <w:r w:rsidR="005231B1">
        <w:t>y</w:t>
      </w:r>
      <w:proofErr w:type="spellEnd"/>
      <w:r w:rsidR="005231B1">
        <w:t xml:space="preserve"> </w:t>
      </w:r>
      <w:proofErr w:type="spellStart"/>
      <w:r w:rsidR="005231B1">
        <w:t>kary</w:t>
      </w:r>
      <w:proofErr w:type="spellEnd"/>
      <w:r w:rsidR="005231B1">
        <w:t xml:space="preserve"> </w:t>
      </w:r>
      <w:proofErr w:type="spellStart"/>
      <w:r w:rsidR="005231B1">
        <w:t>umownej</w:t>
      </w:r>
      <w:proofErr w:type="spellEnd"/>
      <w:r w:rsidR="005231B1">
        <w:t xml:space="preserve"> w </w:t>
      </w:r>
      <w:proofErr w:type="spellStart"/>
      <w:r w:rsidR="005231B1">
        <w:t>wysokości</w:t>
      </w:r>
      <w:proofErr w:type="spellEnd"/>
      <w:r w:rsidR="005231B1">
        <w:t xml:space="preserve"> </w:t>
      </w:r>
      <w:r w:rsidR="005231B1" w:rsidRPr="005231B1">
        <w:rPr>
          <w:b/>
        </w:rPr>
        <w:t>PLN 2</w:t>
      </w:r>
      <w:r w:rsidRPr="005231B1">
        <w:rPr>
          <w:b/>
        </w:rPr>
        <w:t>0000</w:t>
      </w:r>
      <w:r w:rsidR="005231B1">
        <w:t xml:space="preserve"> </w:t>
      </w:r>
      <w:proofErr w:type="spellStart"/>
      <w:r w:rsidR="005231B1">
        <w:t>netto</w:t>
      </w:r>
      <w:proofErr w:type="spellEnd"/>
      <w:r w:rsidR="005231B1">
        <w:t xml:space="preserve"> </w:t>
      </w:r>
      <w:proofErr w:type="spellStart"/>
      <w:r w:rsidR="005231B1">
        <w:t>powiększonej</w:t>
      </w:r>
      <w:proofErr w:type="spellEnd"/>
      <w:r w:rsidR="005231B1">
        <w:t xml:space="preserve"> o </w:t>
      </w:r>
      <w:proofErr w:type="spellStart"/>
      <w:r w:rsidR="005231B1">
        <w:t>podatek</w:t>
      </w:r>
      <w:proofErr w:type="spellEnd"/>
      <w:r w:rsidR="005231B1">
        <w:t xml:space="preserve"> VAT 23%.</w:t>
      </w:r>
    </w:p>
    <w:p w:rsidR="00D35FC5" w:rsidRDefault="00BF203B" w:rsidP="00135C79">
      <w:pPr>
        <w:spacing w:before="120" w:after="0" w:line="360" w:lineRule="auto"/>
        <w:jc w:val="center"/>
      </w:pPr>
      <w:r>
        <w:rPr>
          <w:b/>
          <w:sz w:val="22"/>
        </w:rPr>
        <w:t>§8</w:t>
      </w:r>
    </w:p>
    <w:p w:rsidR="00D35FC5" w:rsidRDefault="00BF203B" w:rsidP="00135C79">
      <w:pPr>
        <w:spacing w:after="120" w:line="360" w:lineRule="auto"/>
        <w:jc w:val="center"/>
      </w:pPr>
      <w:r>
        <w:rPr>
          <w:b/>
          <w:sz w:val="22"/>
        </w:rPr>
        <w:t>Odpowiedzialność Najemcy</w:t>
      </w:r>
    </w:p>
    <w:p w:rsidR="00D35FC5" w:rsidRDefault="00BF203B" w:rsidP="00135C79">
      <w:pPr>
        <w:spacing w:line="360" w:lineRule="auto"/>
        <w:jc w:val="both"/>
      </w:pPr>
      <w:r>
        <w:t>8.1. Najemca ponosi pełną odpowiedzialność za szkody, które powstały z jego winy, w sytuacji gdy ubezpieczyciel odstąpi od wypłaty odszkodowania lub wypłacone odszkodowanie nie pokryje całości szkody. Odpowiedzialność Najemcy (za wyjątkiem obowiązku zapłaty kar umownych) jest pomniejszona o kwoty wypłacone przez Ubezpieczyciela, z zastrzeżeniem postanowień poniższych.</w:t>
      </w:r>
    </w:p>
    <w:p w:rsidR="00D35FC5" w:rsidRDefault="00BF203B" w:rsidP="00135C79">
      <w:pPr>
        <w:spacing w:line="360" w:lineRule="auto"/>
        <w:jc w:val="both"/>
      </w:pPr>
      <w:r>
        <w:t>8.2. W przypadku, gdy usterka, awaria tudzież kolizja bądź wypadek drogowy, w którym udział brał Przedmiot Najmu nastąpiły z winy Najemcy, Najemca pokrywa wszelkie koszty, które są związane z usunięciem skutków zaistniałego zdarzenia. Najemca ponosi pełną odpowiedzialność za szkody wyrządzone osobom trzecim w związku z ruchem Pojazdu, chyba że właściwe przepisy wyłączają odpowiedzialność Najemcy.</w:t>
      </w:r>
    </w:p>
    <w:p w:rsidR="008E571A" w:rsidRDefault="00BF203B" w:rsidP="00135C79">
      <w:pPr>
        <w:spacing w:line="360" w:lineRule="auto"/>
        <w:jc w:val="both"/>
      </w:pPr>
      <w:r>
        <w:t xml:space="preserve">8.3. Jeżeli Najemca nie będzie mógł kontynuować podróży wskutek kolizji bądź innych uszkodzeń, które nastąpiły z wyłącznej winy Najemcy, Najemcy nie </w:t>
      </w:r>
      <w:proofErr w:type="spellStart"/>
      <w:r>
        <w:t>przysługuje</w:t>
      </w:r>
      <w:proofErr w:type="spellEnd"/>
      <w:r>
        <w:t xml:space="preserve"> </w:t>
      </w:r>
      <w:proofErr w:type="spellStart"/>
      <w:r>
        <w:t>zwrot</w:t>
      </w:r>
      <w:proofErr w:type="spellEnd"/>
      <w:r>
        <w:t xml:space="preserve"> </w:t>
      </w:r>
      <w:proofErr w:type="spellStart"/>
      <w:r>
        <w:t>wynagrodzenia</w:t>
      </w:r>
      <w:proofErr w:type="spellEnd"/>
      <w:r>
        <w:t xml:space="preserve"> </w:t>
      </w:r>
      <w:proofErr w:type="spellStart"/>
      <w:r>
        <w:t>za</w:t>
      </w:r>
      <w:proofErr w:type="spellEnd"/>
      <w:r>
        <w:t xml:space="preserve"> </w:t>
      </w:r>
      <w:proofErr w:type="spellStart"/>
      <w:r>
        <w:t>najem</w:t>
      </w:r>
      <w:proofErr w:type="spellEnd"/>
      <w:r>
        <w:t xml:space="preserve"> </w:t>
      </w:r>
      <w:proofErr w:type="spellStart"/>
      <w:r>
        <w:t>za</w:t>
      </w:r>
      <w:proofErr w:type="spellEnd"/>
      <w:r>
        <w:t xml:space="preserve"> </w:t>
      </w:r>
      <w:proofErr w:type="spellStart"/>
      <w:r>
        <w:t>okres</w:t>
      </w:r>
      <w:proofErr w:type="spellEnd"/>
      <w:r>
        <w:t xml:space="preserve"> do </w:t>
      </w:r>
      <w:proofErr w:type="spellStart"/>
      <w:r>
        <w:t>zakończenia</w:t>
      </w:r>
      <w:proofErr w:type="spellEnd"/>
      <w:r>
        <w:t xml:space="preserve"> </w:t>
      </w:r>
      <w:proofErr w:type="spellStart"/>
      <w:r>
        <w:t>Umowy</w:t>
      </w:r>
      <w:proofErr w:type="spellEnd"/>
      <w:r>
        <w:t>.</w:t>
      </w:r>
    </w:p>
    <w:p w:rsidR="00D35FC5" w:rsidRDefault="00BF203B" w:rsidP="00135C79">
      <w:pPr>
        <w:spacing w:line="360" w:lineRule="auto"/>
        <w:jc w:val="both"/>
      </w:pPr>
      <w:r>
        <w:t>8.4. Najemca ponosi pełną odpowiedzialność za Przedmiot Najmu, zwłaszcza w przypadku kradzieży bądź zaginięcia kluczy, pilota lub dokumentów Przedmiotu Najmu.</w:t>
      </w:r>
    </w:p>
    <w:p w:rsidR="00D35FC5" w:rsidRDefault="00BF203B" w:rsidP="00135C79">
      <w:pPr>
        <w:spacing w:line="360" w:lineRule="auto"/>
        <w:jc w:val="both"/>
      </w:pPr>
      <w:r>
        <w:t>8.5. Najemca ponosi pełną odpowiedzialność za szkody, które nastąpiły wskutek naruszenia przepisów drogowych lub też powstały w wyniku lekkomyślności, niedbalstwa bądź dewastacji. Najemca odpowiedzialny jest za własne działanie lub zaniechanie działania oraz za działania lub zaniechania osób przy pomocy których wykonuje umowę najmu (w tym osoby korzystające z Przedmiotu Najmu). Najemca ponosi pełną odpowiedzialność za szkody wyrządzone wskutek kierowania pojazdem pod wpływem alkoholu, narkotyków i innych środków odurzających. Najemca ponosi pełną odpowiedzialność za wszelkie uszkodzenia Pojazdu powstałe w czasie trwania Umowy, nawet jeżeli nie powstały bezpośrednio z winy Najemcy. Przykładowymi uszkodzeniami mogą być: uszkodzenie opony, pęknięcie szyby powstałe od uderzenia czy uszkodzenia zawieszenia spowodowane niedostosowaniem prędkości do warunków drogowych. W razie wystąpienia powyższych uszkodzeń Najemca zapłaci Wynajmującemu karę umowną w wysokości połowy kaucji, za każde z uszkodzeń pojazdu.</w:t>
      </w:r>
    </w:p>
    <w:p w:rsidR="00D35FC5" w:rsidRDefault="00BF203B" w:rsidP="00135C79">
      <w:pPr>
        <w:spacing w:line="360" w:lineRule="auto"/>
        <w:jc w:val="both"/>
      </w:pPr>
      <w:r>
        <w:t>8.6. Najemca nie ponosi odpowiedzialności za szkody lub awarie pojazdu, które powstały w wyniku zaniedbań Wynajmującego. Przykładowymi zaniedbaniami mogą być: niedokonanie terminowej wymiany oleju czy zbyt duże zużycie opon.</w:t>
      </w:r>
    </w:p>
    <w:p w:rsidR="00D35FC5" w:rsidRDefault="00BF203B" w:rsidP="00135C79">
      <w:pPr>
        <w:spacing w:line="360" w:lineRule="auto"/>
        <w:jc w:val="both"/>
      </w:pPr>
      <w:r>
        <w:t>8.7. Najemca nie ponosi odpowiedzialności za zużycie Przedmiotu Najmu, które wynika z jego normalnej eksploatacji. Przykładowymi sytuacjami mogą być: zużycie klocków hamulcowych czy zużycie opon.</w:t>
      </w:r>
    </w:p>
    <w:p w:rsidR="00D35FC5" w:rsidRDefault="00BF203B" w:rsidP="00135C79">
      <w:pPr>
        <w:spacing w:line="360" w:lineRule="auto"/>
        <w:jc w:val="both"/>
      </w:pPr>
      <w:r>
        <w:t>8.8. Najemca zobowiązuje się do systematycznej kontroli płynów eksploatacyjnych w Przedmiocie Najmu, w szczególności kontroli poziomu oleju silnikowego oraz płynu chłodniczego według wskazań urządzeń pomiarowych.</w:t>
      </w:r>
    </w:p>
    <w:p w:rsidR="00D35FC5" w:rsidRDefault="00BF203B" w:rsidP="00135C79">
      <w:pPr>
        <w:spacing w:line="360" w:lineRule="auto"/>
        <w:jc w:val="both"/>
      </w:pPr>
      <w:r>
        <w:lastRenderedPageBreak/>
        <w:t>8.9. Najemca zobowiązuje się do dysponowania środkami finansowymi, pozwalającymi na usunięcie wszelkich awarii, które powstały w czasie użytkowania Przedmiotu Najmu, w szczególności awarii, w wyniku których dalsze kontynuowanie podróży jest niebezpieczne bądź niemożliwe. Najemca zobowiązany jest do odpowiedniego zabezpieczenia Przedmiotu Najmu.</w:t>
      </w:r>
    </w:p>
    <w:p w:rsidR="00D35FC5" w:rsidRDefault="00BF203B" w:rsidP="00135C79">
      <w:pPr>
        <w:spacing w:line="360" w:lineRule="auto"/>
        <w:jc w:val="both"/>
      </w:pPr>
      <w:r>
        <w:t>8.10. W przypadku napraw Przedmiotu Najmu, a wynikających z normalnej eksploatacji Wynajmujący zobowiązuje się zwrócić Najemcy koszty naprawy tylko za okazaniem faktury bądź rachunku wystawionego na Wynajmującego, pod warunkiem uprzedniego poinformowania Wynajmującego o konieczności dokonania naprawy i akceptacji przez Wynajmującego kosztów naprawy. W przypadku braku dokumentów rozliczeniowych oraz akceptacji przez Wynajmującego, koszty napraw pokrywa w całości Najemca.</w:t>
      </w:r>
    </w:p>
    <w:p w:rsidR="008E571A" w:rsidRDefault="00BF203B" w:rsidP="00135C79">
      <w:pPr>
        <w:spacing w:line="360" w:lineRule="auto"/>
        <w:jc w:val="both"/>
      </w:pPr>
      <w:r>
        <w:t xml:space="preserve">8.11. Jeżeli awarii bądź uszkodzenia Przedmiotu Najmu spowodowanej normalną eksploatacją nie da się usunąć w krótkim czasie, wobec czego dalsze kontynuowanie jazdy nie będzie możliwe, Wynajmujący zobowiązuje się zwrócić Najemcy niewykorzystaną część opłaty za wynajęcie Przedmiotu Najmu za pełne doby pozostałe do końca trwania umowy. Najemca zobowiązuje się pokryć koszty powrotu na własny koszt. Z tego </w:t>
      </w:r>
      <w:proofErr w:type="spellStart"/>
      <w:r>
        <w:t>tytułu</w:t>
      </w:r>
      <w:proofErr w:type="spellEnd"/>
      <w:r>
        <w:t xml:space="preserve"> </w:t>
      </w:r>
      <w:proofErr w:type="spellStart"/>
      <w:r>
        <w:t>Najemcy</w:t>
      </w:r>
      <w:proofErr w:type="spellEnd"/>
      <w:r>
        <w:t xml:space="preserve"> </w:t>
      </w:r>
      <w:proofErr w:type="spellStart"/>
      <w:r w:rsidRPr="005231B1">
        <w:rPr>
          <w:b/>
        </w:rPr>
        <w:t>nie</w:t>
      </w:r>
      <w:proofErr w:type="spellEnd"/>
      <w:r w:rsidRPr="005231B1">
        <w:rPr>
          <w:b/>
        </w:rPr>
        <w:t xml:space="preserve"> </w:t>
      </w:r>
      <w:proofErr w:type="spellStart"/>
      <w:r w:rsidRPr="005231B1">
        <w:rPr>
          <w:b/>
        </w:rPr>
        <w:t>przysługuje</w:t>
      </w:r>
      <w:proofErr w:type="spellEnd"/>
      <w:r w:rsidRPr="005231B1">
        <w:rPr>
          <w:b/>
        </w:rPr>
        <w:t xml:space="preserve"> </w:t>
      </w:r>
      <w:proofErr w:type="spellStart"/>
      <w:r w:rsidRPr="005231B1">
        <w:rPr>
          <w:b/>
        </w:rPr>
        <w:t>prawo</w:t>
      </w:r>
      <w:proofErr w:type="spellEnd"/>
      <w:r w:rsidRPr="005231B1">
        <w:rPr>
          <w:b/>
        </w:rPr>
        <w:t xml:space="preserve"> </w:t>
      </w:r>
      <w:proofErr w:type="spellStart"/>
      <w:r w:rsidRPr="005231B1">
        <w:rPr>
          <w:b/>
        </w:rPr>
        <w:t>otrzymania</w:t>
      </w:r>
      <w:proofErr w:type="spellEnd"/>
      <w:r w:rsidRPr="005231B1">
        <w:rPr>
          <w:b/>
        </w:rPr>
        <w:t xml:space="preserve"> </w:t>
      </w:r>
      <w:proofErr w:type="spellStart"/>
      <w:r w:rsidRPr="005231B1">
        <w:rPr>
          <w:b/>
        </w:rPr>
        <w:t>odszkodowania</w:t>
      </w:r>
      <w:proofErr w:type="spellEnd"/>
      <w:r w:rsidRPr="005231B1">
        <w:rPr>
          <w:b/>
        </w:rPr>
        <w:t xml:space="preserve">, </w:t>
      </w:r>
      <w:proofErr w:type="spellStart"/>
      <w:r w:rsidRPr="005231B1">
        <w:rPr>
          <w:b/>
        </w:rPr>
        <w:t>na</w:t>
      </w:r>
      <w:proofErr w:type="spellEnd"/>
      <w:r w:rsidRPr="005231B1">
        <w:rPr>
          <w:b/>
        </w:rPr>
        <w:t xml:space="preserve"> </w:t>
      </w:r>
      <w:proofErr w:type="spellStart"/>
      <w:r w:rsidRPr="005231B1">
        <w:rPr>
          <w:b/>
        </w:rPr>
        <w:t>zasadach</w:t>
      </w:r>
      <w:proofErr w:type="spellEnd"/>
      <w:r w:rsidRPr="005231B1">
        <w:rPr>
          <w:b/>
        </w:rPr>
        <w:t xml:space="preserve"> </w:t>
      </w:r>
      <w:proofErr w:type="spellStart"/>
      <w:r w:rsidRPr="005231B1">
        <w:rPr>
          <w:b/>
        </w:rPr>
        <w:t>ogólnych</w:t>
      </w:r>
      <w:proofErr w:type="spellEnd"/>
      <w:r>
        <w:t>.</w:t>
      </w:r>
    </w:p>
    <w:p w:rsidR="00D35FC5" w:rsidRDefault="00BF203B" w:rsidP="00135C79">
      <w:pPr>
        <w:spacing w:line="360" w:lineRule="auto"/>
        <w:jc w:val="both"/>
      </w:pPr>
      <w:r>
        <w:t>8.12. Wynajmujący nie ponosi odpowiedzialności za rzeczy Najemcy i osób trzecich, które Najemca i osoby trzecie, pozostawiły w Przedmiocie Najmu, np. w przypadku kradzieży pojazdu bądź włamania.</w:t>
      </w:r>
    </w:p>
    <w:p w:rsidR="00D35FC5" w:rsidRDefault="00BF203B" w:rsidP="00135C79">
      <w:pPr>
        <w:spacing w:before="120" w:after="0" w:line="360" w:lineRule="auto"/>
        <w:jc w:val="center"/>
      </w:pPr>
      <w:r>
        <w:rPr>
          <w:b/>
          <w:sz w:val="22"/>
        </w:rPr>
        <w:t>§9</w:t>
      </w:r>
    </w:p>
    <w:p w:rsidR="00D35FC5" w:rsidRDefault="00BF203B" w:rsidP="00135C79">
      <w:pPr>
        <w:spacing w:after="120" w:line="360" w:lineRule="auto"/>
        <w:jc w:val="center"/>
      </w:pPr>
      <w:r>
        <w:rPr>
          <w:b/>
          <w:sz w:val="22"/>
        </w:rPr>
        <w:t>Obowiązki najemcy w sytuacji uszkodzenia, kolizji lub wypadku drogowego z udziałem Przedmiotu Najmu, także wyrządzenia szkody osobom trzecim w związku z ruchem drogowym</w:t>
      </w:r>
    </w:p>
    <w:p w:rsidR="00D35FC5" w:rsidRDefault="00BF203B" w:rsidP="00135C79">
      <w:pPr>
        <w:spacing w:line="360" w:lineRule="auto"/>
        <w:jc w:val="both"/>
      </w:pPr>
      <w:r>
        <w:t>9.1. W przypadku każdego uszkodzenia Przedmiotu Najmu, Najemca zobowiązuje się do poinformowania Wynajmującego w trybie pilnym o zaistniałej sytuacji oraz do postępowania zgodnie z warunkami przewidzianymi w Ogólnych Warunkach Ubezpieczenia oraz wytycznymi Wynajmującego.</w:t>
      </w:r>
    </w:p>
    <w:p w:rsidR="00D35FC5" w:rsidRDefault="00BF203B" w:rsidP="00135C79">
      <w:pPr>
        <w:spacing w:line="360" w:lineRule="auto"/>
        <w:jc w:val="both"/>
      </w:pPr>
      <w:r>
        <w:t>9.2. W przypadku każdego uszkodzenia Przedmiotu Najmu, Najemca zobowiązuje się do niezwłocznego powiadomienia Policji o zdarzeniu oraz uzyskania notatki służbowej sporządzonej przez funkcjonariusza Policji na miejscu zdarzenia.</w:t>
      </w:r>
    </w:p>
    <w:p w:rsidR="00D35FC5" w:rsidRDefault="00BF203B" w:rsidP="00135C79">
      <w:pPr>
        <w:spacing w:line="360" w:lineRule="auto"/>
        <w:jc w:val="both"/>
      </w:pPr>
      <w:r>
        <w:t>9.3. W przypadku każdego uszkodzenia Przedmiotu Najmu, Najemca zobowiązuje się zabezpieczyć Pojazd w sposób, który uniemożliwia powiększenie rozmiaru szkody.</w:t>
      </w:r>
    </w:p>
    <w:p w:rsidR="00D35FC5" w:rsidRDefault="00BF203B" w:rsidP="00135C79">
      <w:pPr>
        <w:spacing w:line="360" w:lineRule="auto"/>
        <w:jc w:val="both"/>
      </w:pPr>
      <w:r>
        <w:t>9.4. Najemca nie może dokonywać napraw ani modyfikacji Przedmiotu Najmu bez wyraźnej zgody Wynajmującego, uzyskanej przed podjęciem naprawy bądź modyfikacji.</w:t>
      </w:r>
    </w:p>
    <w:p w:rsidR="00D35FC5" w:rsidRDefault="00BF203B" w:rsidP="00135C79">
      <w:pPr>
        <w:spacing w:line="360" w:lineRule="auto"/>
        <w:jc w:val="both"/>
      </w:pPr>
      <w:r>
        <w:t>9.5. W przypadku, gdy uszkodzenie Przedmiotu Najmu nie wpływa na bezpieczeństwo jazdy oraz nie skutkuje dalszym pogorszeniem stanu technicznego Przedmiotu Najmu, Najemca za wyraźną zgodą Wynajmującego może kontynuować podróż.</w:t>
      </w:r>
    </w:p>
    <w:p w:rsidR="00D35FC5" w:rsidRDefault="00BF203B" w:rsidP="00135C79">
      <w:pPr>
        <w:spacing w:before="120" w:after="0" w:line="360" w:lineRule="auto"/>
        <w:jc w:val="center"/>
      </w:pPr>
      <w:r>
        <w:rPr>
          <w:b/>
          <w:sz w:val="22"/>
        </w:rPr>
        <w:t>§10</w:t>
      </w:r>
    </w:p>
    <w:p w:rsidR="00D35FC5" w:rsidRDefault="00BF203B" w:rsidP="00135C79">
      <w:pPr>
        <w:spacing w:after="120" w:line="360" w:lineRule="auto"/>
        <w:jc w:val="center"/>
      </w:pPr>
      <w:r>
        <w:rPr>
          <w:b/>
          <w:sz w:val="22"/>
        </w:rPr>
        <w:t>Wydanie oraz zdanie Pojazdu</w:t>
      </w:r>
    </w:p>
    <w:p w:rsidR="00D35FC5" w:rsidRDefault="00BF203B" w:rsidP="00135C79">
      <w:pPr>
        <w:spacing w:line="360" w:lineRule="auto"/>
        <w:jc w:val="both"/>
      </w:pPr>
      <w:r>
        <w:t>10.1. Najemca zobowiązuje się do odbycia instruktażu, który związany jest z eksploatacją Pojazdu przed jego odbiorem oraz potwierdzenia odbycia instruktażu w formie pisemnej, udokumentowanej podpisami Najemcy oraz Wynajmującego.</w:t>
      </w:r>
    </w:p>
    <w:p w:rsidR="00D35FC5" w:rsidRDefault="00BF203B" w:rsidP="00135C79">
      <w:pPr>
        <w:spacing w:line="360" w:lineRule="auto"/>
        <w:jc w:val="both"/>
      </w:pPr>
      <w:r>
        <w:lastRenderedPageBreak/>
        <w:t xml:space="preserve">10.2. W sytuacji, gdy z winy Najemcy nie doszło do odbycia się instruktażu, Wynajmujący ma prawo odmowy wydania Przedmiotu Najmu. </w:t>
      </w:r>
      <w:proofErr w:type="spellStart"/>
      <w:r>
        <w:t>Koszty</w:t>
      </w:r>
      <w:proofErr w:type="spellEnd"/>
      <w:r>
        <w:t xml:space="preserve"> </w:t>
      </w:r>
      <w:proofErr w:type="spellStart"/>
      <w:r>
        <w:t>ewentualnego</w:t>
      </w:r>
      <w:proofErr w:type="spellEnd"/>
      <w:r>
        <w:t xml:space="preserve"> </w:t>
      </w:r>
      <w:proofErr w:type="spellStart"/>
      <w:r>
        <w:t>opóźnienia</w:t>
      </w:r>
      <w:proofErr w:type="spellEnd"/>
      <w:r>
        <w:t xml:space="preserve"> </w:t>
      </w:r>
      <w:proofErr w:type="spellStart"/>
      <w:r>
        <w:t>związanego</w:t>
      </w:r>
      <w:proofErr w:type="spellEnd"/>
      <w:r>
        <w:t xml:space="preserve"> z </w:t>
      </w:r>
      <w:proofErr w:type="spellStart"/>
      <w:r>
        <w:t>wydaniem</w:t>
      </w:r>
      <w:proofErr w:type="spellEnd"/>
      <w:r>
        <w:t xml:space="preserve"> </w:t>
      </w:r>
      <w:proofErr w:type="spellStart"/>
      <w:r>
        <w:t>Przedm</w:t>
      </w:r>
      <w:r w:rsidR="0095040D">
        <w:t>i</w:t>
      </w:r>
      <w:r>
        <w:t>otu</w:t>
      </w:r>
      <w:proofErr w:type="spellEnd"/>
      <w:r>
        <w:t xml:space="preserve"> </w:t>
      </w:r>
      <w:proofErr w:type="spellStart"/>
      <w:r>
        <w:t>Najmu</w:t>
      </w:r>
      <w:proofErr w:type="spellEnd"/>
      <w:r w:rsidR="0095040D">
        <w:t xml:space="preserve">, </w:t>
      </w:r>
      <w:r>
        <w:t xml:space="preserve"> </w:t>
      </w:r>
      <w:proofErr w:type="spellStart"/>
      <w:r>
        <w:t>ponosi</w:t>
      </w:r>
      <w:proofErr w:type="spellEnd"/>
      <w:r>
        <w:t xml:space="preserve"> w </w:t>
      </w:r>
      <w:proofErr w:type="spellStart"/>
      <w:r>
        <w:t>całości</w:t>
      </w:r>
      <w:proofErr w:type="spellEnd"/>
      <w:r>
        <w:t xml:space="preserve"> </w:t>
      </w:r>
      <w:proofErr w:type="spellStart"/>
      <w:r>
        <w:t>Najemca</w:t>
      </w:r>
      <w:proofErr w:type="spellEnd"/>
      <w:r>
        <w:t>.</w:t>
      </w:r>
    </w:p>
    <w:p w:rsidR="0095040D" w:rsidRDefault="00BF203B" w:rsidP="00135C79">
      <w:pPr>
        <w:spacing w:line="360" w:lineRule="auto"/>
        <w:jc w:val="both"/>
      </w:pPr>
      <w:r>
        <w:t xml:space="preserve">10.3. Najemca zobowiązuje się zwrócić Pojazd w określonym w Umowie terminie i nie ma możliwości przedłużenia Umowy bez zgody Wynajmującego. </w:t>
      </w:r>
      <w:proofErr w:type="spellStart"/>
      <w:r>
        <w:t>Zgoda</w:t>
      </w:r>
      <w:proofErr w:type="spellEnd"/>
      <w:r>
        <w:t xml:space="preserve"> </w:t>
      </w:r>
      <w:proofErr w:type="spellStart"/>
      <w:r>
        <w:t>wynajmującego</w:t>
      </w:r>
      <w:proofErr w:type="spellEnd"/>
      <w:r>
        <w:t xml:space="preserve"> </w:t>
      </w:r>
      <w:proofErr w:type="spellStart"/>
      <w:r>
        <w:t>może</w:t>
      </w:r>
      <w:proofErr w:type="spellEnd"/>
      <w:r>
        <w:t xml:space="preserve"> </w:t>
      </w:r>
      <w:proofErr w:type="spellStart"/>
      <w:r>
        <w:t>być</w:t>
      </w:r>
      <w:proofErr w:type="spellEnd"/>
      <w:r>
        <w:t xml:space="preserve"> </w:t>
      </w:r>
      <w:proofErr w:type="spellStart"/>
      <w:r>
        <w:t>wyrażona</w:t>
      </w:r>
      <w:proofErr w:type="spellEnd"/>
      <w:r>
        <w:t xml:space="preserve"> </w:t>
      </w:r>
      <w:proofErr w:type="spellStart"/>
      <w:r>
        <w:t>również</w:t>
      </w:r>
      <w:proofErr w:type="spellEnd"/>
      <w:r>
        <w:t xml:space="preserve"> </w:t>
      </w:r>
      <w:proofErr w:type="spellStart"/>
      <w:r>
        <w:t>telefonicznie</w:t>
      </w:r>
      <w:proofErr w:type="spellEnd"/>
      <w:r w:rsidR="0095040D">
        <w:t xml:space="preserve">, ale </w:t>
      </w:r>
      <w:proofErr w:type="spellStart"/>
      <w:r w:rsidR="0095040D">
        <w:t>tylko</w:t>
      </w:r>
      <w:proofErr w:type="spellEnd"/>
      <w:r w:rsidR="0095040D">
        <w:t xml:space="preserve"> </w:t>
      </w:r>
      <w:proofErr w:type="spellStart"/>
      <w:r w:rsidR="0095040D">
        <w:t>gdy</w:t>
      </w:r>
      <w:proofErr w:type="spellEnd"/>
      <w:r w:rsidR="0095040D">
        <w:t xml:space="preserve"> </w:t>
      </w:r>
      <w:proofErr w:type="spellStart"/>
      <w:r w:rsidR="0095040D">
        <w:t>po</w:t>
      </w:r>
      <w:proofErr w:type="spellEnd"/>
      <w:r w:rsidR="0095040D">
        <w:t xml:space="preserve"> </w:t>
      </w:r>
      <w:proofErr w:type="spellStart"/>
      <w:r w:rsidR="0095040D">
        <w:t>rozmowie</w:t>
      </w:r>
      <w:proofErr w:type="spellEnd"/>
      <w:r w:rsidR="0095040D">
        <w:t xml:space="preserve"> </w:t>
      </w:r>
      <w:proofErr w:type="spellStart"/>
      <w:r w:rsidR="0095040D">
        <w:t>telefonicznej</w:t>
      </w:r>
      <w:proofErr w:type="spellEnd"/>
      <w:r w:rsidR="0095040D">
        <w:t xml:space="preserve"> </w:t>
      </w:r>
      <w:proofErr w:type="spellStart"/>
      <w:r w:rsidR="0095040D">
        <w:t>zostanie</w:t>
      </w:r>
      <w:proofErr w:type="spellEnd"/>
      <w:r>
        <w:t xml:space="preserve"> </w:t>
      </w:r>
      <w:proofErr w:type="spellStart"/>
      <w:r>
        <w:t>potwierdzona</w:t>
      </w:r>
      <w:proofErr w:type="spellEnd"/>
      <w:r>
        <w:t xml:space="preserve"> </w:t>
      </w:r>
      <w:proofErr w:type="spellStart"/>
      <w:r>
        <w:t>sms-em</w:t>
      </w:r>
      <w:proofErr w:type="spellEnd"/>
      <w:r w:rsidR="0095040D">
        <w:t xml:space="preserve"> </w:t>
      </w:r>
      <w:proofErr w:type="spellStart"/>
      <w:r w:rsidR="0095040D">
        <w:t>lub</w:t>
      </w:r>
      <w:proofErr w:type="spellEnd"/>
      <w:r w:rsidR="0095040D">
        <w:t xml:space="preserve"> </w:t>
      </w:r>
      <w:proofErr w:type="spellStart"/>
      <w:r w:rsidR="0095040D">
        <w:t>mailem</w:t>
      </w:r>
      <w:proofErr w:type="spellEnd"/>
      <w:r>
        <w:t>. Przekroczenie terminu skutkuje naliczenie</w:t>
      </w:r>
      <w:r w:rsidR="005231B1">
        <w:t xml:space="preserve">m </w:t>
      </w:r>
      <w:proofErr w:type="spellStart"/>
      <w:r w:rsidR="005231B1">
        <w:t>kary</w:t>
      </w:r>
      <w:proofErr w:type="spellEnd"/>
      <w:r w:rsidR="005231B1">
        <w:t xml:space="preserve"> </w:t>
      </w:r>
      <w:proofErr w:type="spellStart"/>
      <w:r w:rsidR="005231B1">
        <w:t>umownej</w:t>
      </w:r>
      <w:proofErr w:type="spellEnd"/>
      <w:r w:rsidR="005231B1">
        <w:t xml:space="preserve"> w </w:t>
      </w:r>
      <w:proofErr w:type="spellStart"/>
      <w:r w:rsidR="005231B1">
        <w:t>wysokości</w:t>
      </w:r>
      <w:proofErr w:type="spellEnd"/>
      <w:r w:rsidR="005231B1">
        <w:t xml:space="preserve"> PLN 2</w:t>
      </w:r>
      <w:r>
        <w:t xml:space="preserve">00 </w:t>
      </w:r>
      <w:proofErr w:type="spellStart"/>
      <w:r>
        <w:t>za</w:t>
      </w:r>
      <w:proofErr w:type="spellEnd"/>
      <w:r>
        <w:t xml:space="preserve"> </w:t>
      </w:r>
      <w:proofErr w:type="spellStart"/>
      <w:r>
        <w:t>każdą</w:t>
      </w:r>
      <w:proofErr w:type="spellEnd"/>
      <w:r>
        <w:t xml:space="preserve"> </w:t>
      </w:r>
      <w:proofErr w:type="spellStart"/>
      <w:r>
        <w:t>rozpoczętą</w:t>
      </w:r>
      <w:proofErr w:type="spellEnd"/>
      <w:r>
        <w:t xml:space="preserve"> </w:t>
      </w:r>
      <w:proofErr w:type="spellStart"/>
      <w:r>
        <w:t>godzinę</w:t>
      </w:r>
      <w:proofErr w:type="spellEnd"/>
      <w:r>
        <w:t xml:space="preserve"> </w:t>
      </w:r>
      <w:proofErr w:type="spellStart"/>
      <w:r>
        <w:t>opóźnienia</w:t>
      </w:r>
      <w:proofErr w:type="spellEnd"/>
      <w:r>
        <w:t xml:space="preserve"> od ustalonego terminu. Pojazd ma zostać zwrócony wraz z pełnym zbiornikiem paliwa. </w:t>
      </w:r>
    </w:p>
    <w:p w:rsidR="008E571A" w:rsidRDefault="00BF203B" w:rsidP="008E571A">
      <w:pPr>
        <w:spacing w:line="360" w:lineRule="auto"/>
        <w:jc w:val="both"/>
      </w:pPr>
      <w:r>
        <w:t xml:space="preserve">W </w:t>
      </w:r>
      <w:proofErr w:type="spellStart"/>
      <w:r>
        <w:t>przypadku</w:t>
      </w:r>
      <w:proofErr w:type="spellEnd"/>
      <w:r>
        <w:t xml:space="preserve"> </w:t>
      </w:r>
      <w:proofErr w:type="spellStart"/>
      <w:r>
        <w:t>niespełnienia</w:t>
      </w:r>
      <w:proofErr w:type="spellEnd"/>
      <w:r>
        <w:t xml:space="preserve"> </w:t>
      </w:r>
      <w:proofErr w:type="spellStart"/>
      <w:r>
        <w:t>tego</w:t>
      </w:r>
      <w:proofErr w:type="spellEnd"/>
      <w:r>
        <w:t xml:space="preserve"> </w:t>
      </w:r>
      <w:proofErr w:type="spellStart"/>
      <w:r>
        <w:t>warunku</w:t>
      </w:r>
      <w:proofErr w:type="spellEnd"/>
      <w:r>
        <w:t xml:space="preserve"> Wynajmujący obciąży </w:t>
      </w:r>
      <w:proofErr w:type="spellStart"/>
      <w:r>
        <w:t>Najemcę</w:t>
      </w:r>
      <w:proofErr w:type="spellEnd"/>
      <w:r>
        <w:t xml:space="preserve"> </w:t>
      </w:r>
      <w:proofErr w:type="spellStart"/>
      <w:r>
        <w:t>kosztami</w:t>
      </w:r>
      <w:proofErr w:type="spellEnd"/>
      <w:r>
        <w:t xml:space="preserve"> </w:t>
      </w:r>
      <w:proofErr w:type="spellStart"/>
      <w:r>
        <w:t>uzupełnienia</w:t>
      </w:r>
      <w:proofErr w:type="spellEnd"/>
      <w:r>
        <w:t xml:space="preserve"> </w:t>
      </w:r>
      <w:proofErr w:type="spellStart"/>
      <w:r>
        <w:t>paliwa</w:t>
      </w:r>
      <w:proofErr w:type="spellEnd"/>
      <w:r>
        <w:t xml:space="preserve"> </w:t>
      </w:r>
      <w:proofErr w:type="spellStart"/>
      <w:r>
        <w:t>oraz</w:t>
      </w:r>
      <w:proofErr w:type="spellEnd"/>
      <w:r>
        <w:t xml:space="preserve"> </w:t>
      </w:r>
      <w:proofErr w:type="spellStart"/>
      <w:r>
        <w:t>karą</w:t>
      </w:r>
      <w:proofErr w:type="spellEnd"/>
      <w:r>
        <w:t xml:space="preserve"> </w:t>
      </w:r>
      <w:proofErr w:type="spellStart"/>
      <w:r>
        <w:t>umowną</w:t>
      </w:r>
      <w:proofErr w:type="spellEnd"/>
      <w:r>
        <w:t xml:space="preserve"> </w:t>
      </w:r>
      <w:proofErr w:type="spellStart"/>
      <w:r>
        <w:t>wskazaną</w:t>
      </w:r>
      <w:proofErr w:type="spellEnd"/>
      <w:r>
        <w:t xml:space="preserve"> w </w:t>
      </w:r>
      <w:proofErr w:type="spellStart"/>
      <w:r>
        <w:t>regulaminie</w:t>
      </w:r>
      <w:proofErr w:type="spellEnd"/>
      <w:r>
        <w:t>.</w:t>
      </w:r>
    </w:p>
    <w:p w:rsidR="00B61232" w:rsidRPr="008E571A" w:rsidRDefault="00BF203B" w:rsidP="008E571A">
      <w:pPr>
        <w:spacing w:line="360" w:lineRule="auto"/>
        <w:jc w:val="both"/>
      </w:pPr>
      <w:r>
        <w:t xml:space="preserve">10.4. W przypadku braku kontaktu z Wynajmującym ze strony Najemcy w ciągu 24 godzin od terminu ustalenia zdania Pojazdu, Wynajmujący poinformuje organa ścigania o podejrzeniu kradzieży, co </w:t>
      </w:r>
      <w:proofErr w:type="spellStart"/>
      <w:r>
        <w:t>oprócz</w:t>
      </w:r>
      <w:proofErr w:type="spellEnd"/>
      <w:r>
        <w:t xml:space="preserve"> </w:t>
      </w:r>
      <w:proofErr w:type="spellStart"/>
      <w:r>
        <w:t>całkowitej</w:t>
      </w:r>
      <w:proofErr w:type="spellEnd"/>
      <w:r>
        <w:t xml:space="preserve"> </w:t>
      </w:r>
      <w:proofErr w:type="spellStart"/>
      <w:r>
        <w:t>utraty</w:t>
      </w:r>
      <w:proofErr w:type="spellEnd"/>
      <w:r>
        <w:t xml:space="preserve"> </w:t>
      </w:r>
      <w:proofErr w:type="spellStart"/>
      <w:r>
        <w:t>kaucji</w:t>
      </w:r>
      <w:proofErr w:type="spellEnd"/>
      <w:r>
        <w:t xml:space="preserve"> </w:t>
      </w:r>
      <w:proofErr w:type="spellStart"/>
      <w:r>
        <w:t>skutkuje</w:t>
      </w:r>
      <w:proofErr w:type="spellEnd"/>
      <w:r>
        <w:t xml:space="preserve"> </w:t>
      </w:r>
      <w:proofErr w:type="spellStart"/>
      <w:r>
        <w:t>ewentualnymi</w:t>
      </w:r>
      <w:proofErr w:type="spellEnd"/>
      <w:r>
        <w:t xml:space="preserve"> </w:t>
      </w:r>
      <w:proofErr w:type="spellStart"/>
      <w:r>
        <w:t>dalszymi</w:t>
      </w:r>
      <w:proofErr w:type="spellEnd"/>
      <w:r>
        <w:t xml:space="preserve"> </w:t>
      </w:r>
      <w:proofErr w:type="spellStart"/>
      <w:r>
        <w:t>konsekwencjami</w:t>
      </w:r>
      <w:proofErr w:type="spellEnd"/>
      <w:r>
        <w:t xml:space="preserve"> </w:t>
      </w:r>
      <w:proofErr w:type="spellStart"/>
      <w:r>
        <w:t>finansowymi</w:t>
      </w:r>
      <w:proofErr w:type="spellEnd"/>
      <w:r>
        <w:t xml:space="preserve"> </w:t>
      </w:r>
      <w:proofErr w:type="spellStart"/>
      <w:r>
        <w:t>lub</w:t>
      </w:r>
      <w:proofErr w:type="spellEnd"/>
      <w:r>
        <w:t>/</w:t>
      </w:r>
      <w:proofErr w:type="spellStart"/>
      <w:r>
        <w:t>i</w:t>
      </w:r>
      <w:proofErr w:type="spellEnd"/>
      <w:r>
        <w:t xml:space="preserve"> </w:t>
      </w:r>
      <w:proofErr w:type="spellStart"/>
      <w:r>
        <w:t>prawnymi</w:t>
      </w:r>
      <w:proofErr w:type="spellEnd"/>
      <w:r>
        <w:t>.</w:t>
      </w:r>
    </w:p>
    <w:p w:rsidR="00D35FC5" w:rsidRDefault="00BF203B" w:rsidP="00135C79">
      <w:pPr>
        <w:spacing w:before="120" w:after="0" w:line="360" w:lineRule="auto"/>
        <w:jc w:val="center"/>
      </w:pPr>
      <w:r>
        <w:rPr>
          <w:b/>
          <w:sz w:val="22"/>
        </w:rPr>
        <w:t>§11</w:t>
      </w:r>
    </w:p>
    <w:p w:rsidR="00D35FC5" w:rsidRDefault="00BF203B" w:rsidP="00135C79">
      <w:pPr>
        <w:spacing w:after="120" w:line="360" w:lineRule="auto"/>
        <w:jc w:val="center"/>
      </w:pPr>
      <w:r>
        <w:rPr>
          <w:b/>
          <w:sz w:val="22"/>
        </w:rPr>
        <w:t>Postanowienia końcowe</w:t>
      </w:r>
    </w:p>
    <w:p w:rsidR="00D35FC5" w:rsidRDefault="00BF203B" w:rsidP="00135C79">
      <w:pPr>
        <w:spacing w:line="360" w:lineRule="auto"/>
        <w:jc w:val="both"/>
      </w:pPr>
      <w:r>
        <w:t>11.1. W sprawach nieuregulowanych w niniejszym Regulaminie bądź Umowie stosuje się przepisy Kodeksu Cywilnego.</w:t>
      </w:r>
    </w:p>
    <w:p w:rsidR="00D35FC5" w:rsidRDefault="00BF203B" w:rsidP="00135C79">
      <w:pPr>
        <w:spacing w:line="360" w:lineRule="auto"/>
        <w:jc w:val="both"/>
      </w:pPr>
      <w:r>
        <w:t>11.2. W celu rozpoznawania sporów, które mogą wynikać w związku z zawarciem i wykonaniem Umowy bądź przestrzeganiem niniejszego Regulaminu pomiędzy Wynajmującym a Najemcą niebędącym konsumentem, odpowiedni jest wyłącznie sąd właściwy dla siedziby Wynajmującego.</w:t>
      </w:r>
    </w:p>
    <w:p w:rsidR="00D35FC5" w:rsidRDefault="00BF203B" w:rsidP="00135C79">
      <w:pPr>
        <w:spacing w:line="360" w:lineRule="auto"/>
        <w:jc w:val="both"/>
      </w:pPr>
      <w:r>
        <w:t>Oświadczam, iż zapoznałem się z całością Regulaminu przedstawionego przez Wynajmującego oraz że akceptuję jego warunki bez zastrzeżeń.</w:t>
      </w:r>
    </w:p>
    <w:p w:rsidR="00962704" w:rsidRDefault="00962704" w:rsidP="00135C79">
      <w:pPr>
        <w:spacing w:line="360" w:lineRule="auto"/>
        <w:jc w:val="both"/>
      </w:pPr>
    </w:p>
    <w:p w:rsidR="00D35FC5" w:rsidRDefault="00962704" w:rsidP="00135C79">
      <w:pPr>
        <w:spacing w:line="360" w:lineRule="auto"/>
        <w:jc w:val="both"/>
      </w:pPr>
      <w:proofErr w:type="spellStart"/>
      <w:r>
        <w:t>Ostrołęka</w:t>
      </w:r>
      <w:proofErr w:type="spellEnd"/>
      <w:r>
        <w:t xml:space="preserve"> </w:t>
      </w:r>
      <w:proofErr w:type="spellStart"/>
      <w:r>
        <w:t>dnia</w:t>
      </w:r>
      <w:proofErr w:type="spellEnd"/>
      <w:r>
        <w:t xml:space="preserve"> ……………</w:t>
      </w:r>
      <w:r w:rsidR="00B943C2">
        <w:t>……..</w:t>
      </w:r>
      <w:r>
        <w:t xml:space="preserve">2026 </w:t>
      </w:r>
      <w:proofErr w:type="spellStart"/>
      <w:r>
        <w:t>roku</w:t>
      </w:r>
      <w:proofErr w:type="spellEnd"/>
    </w:p>
    <w:p w:rsidR="00962704" w:rsidRDefault="00962704" w:rsidP="00135C79">
      <w:pPr>
        <w:spacing w:line="360" w:lineRule="auto"/>
        <w:jc w:val="both"/>
      </w:pPr>
    </w:p>
    <w:p w:rsidR="00D35FC5" w:rsidRDefault="00D35FC5" w:rsidP="00135C79">
      <w:pPr>
        <w:spacing w:line="360" w:lineRule="auto"/>
      </w:pPr>
    </w:p>
    <w:tbl>
      <w:tblPr>
        <w:tblW w:w="0" w:type="auto"/>
        <w:jc w:val="center"/>
        <w:tblLook w:val="04A0"/>
      </w:tblPr>
      <w:tblGrid>
        <w:gridCol w:w="4535"/>
        <w:gridCol w:w="4535"/>
      </w:tblGrid>
      <w:tr w:rsidR="00D35FC5">
        <w:trPr>
          <w:jc w:val="center"/>
        </w:trPr>
        <w:tc>
          <w:tcPr>
            <w:tcW w:w="4535" w:type="dxa"/>
            <w:tcBorders>
              <w:top w:val="nil"/>
              <w:left w:val="nil"/>
              <w:bottom w:val="nil"/>
              <w:right w:val="nil"/>
            </w:tcBorders>
            <w:vAlign w:val="center"/>
          </w:tcPr>
          <w:p w:rsidR="00D35FC5" w:rsidRDefault="00BF203B" w:rsidP="00135C79">
            <w:pPr>
              <w:spacing w:line="360" w:lineRule="auto"/>
              <w:jc w:val="center"/>
            </w:pPr>
            <w:r>
              <w:t>...............................................</w:t>
            </w:r>
          </w:p>
        </w:tc>
        <w:tc>
          <w:tcPr>
            <w:tcW w:w="4535" w:type="dxa"/>
            <w:tcBorders>
              <w:top w:val="nil"/>
              <w:left w:val="nil"/>
              <w:bottom w:val="nil"/>
              <w:right w:val="nil"/>
            </w:tcBorders>
            <w:vAlign w:val="center"/>
          </w:tcPr>
          <w:p w:rsidR="00D35FC5" w:rsidRDefault="00BF203B" w:rsidP="00135C79">
            <w:pPr>
              <w:spacing w:line="360" w:lineRule="auto"/>
              <w:jc w:val="center"/>
            </w:pPr>
            <w:r>
              <w:t>...............................................</w:t>
            </w:r>
          </w:p>
        </w:tc>
      </w:tr>
      <w:tr w:rsidR="00D35FC5">
        <w:trPr>
          <w:jc w:val="center"/>
        </w:trPr>
        <w:tc>
          <w:tcPr>
            <w:tcW w:w="4535" w:type="dxa"/>
            <w:tcBorders>
              <w:top w:val="nil"/>
              <w:left w:val="nil"/>
              <w:bottom w:val="nil"/>
              <w:right w:val="nil"/>
            </w:tcBorders>
            <w:vAlign w:val="center"/>
          </w:tcPr>
          <w:p w:rsidR="00D35FC5" w:rsidRDefault="00BF203B" w:rsidP="00135C79">
            <w:pPr>
              <w:spacing w:line="360" w:lineRule="auto"/>
              <w:jc w:val="center"/>
            </w:pPr>
            <w:r>
              <w:t>(podpis Najemcy)</w:t>
            </w:r>
          </w:p>
        </w:tc>
        <w:tc>
          <w:tcPr>
            <w:tcW w:w="4535" w:type="dxa"/>
            <w:tcBorders>
              <w:top w:val="nil"/>
              <w:left w:val="nil"/>
              <w:bottom w:val="nil"/>
              <w:right w:val="nil"/>
            </w:tcBorders>
            <w:vAlign w:val="center"/>
          </w:tcPr>
          <w:p w:rsidR="00D35FC5" w:rsidRDefault="00BF203B" w:rsidP="00135C79">
            <w:pPr>
              <w:spacing w:line="360" w:lineRule="auto"/>
              <w:jc w:val="center"/>
            </w:pPr>
            <w:r>
              <w:t>(podpis Wynajmującego)</w:t>
            </w:r>
          </w:p>
        </w:tc>
      </w:tr>
    </w:tbl>
    <w:p w:rsidR="00BF203B" w:rsidRDefault="00BF203B" w:rsidP="00135C79">
      <w:pPr>
        <w:spacing w:line="360" w:lineRule="auto"/>
      </w:pPr>
    </w:p>
    <w:sectPr w:rsidR="00BF203B" w:rsidSect="00034616">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proofState w:spelling="clean"/>
  <w:defaultTabStop w:val="720"/>
  <w:hyphenationZone w:val="425"/>
  <w:characterSpacingControl w:val="doNotCompress"/>
  <w:compat>
    <w:useFELayout/>
  </w:compat>
  <w:rsids>
    <w:rsidRoot w:val="00B47730"/>
    <w:rsid w:val="00034616"/>
    <w:rsid w:val="00055486"/>
    <w:rsid w:val="0006063C"/>
    <w:rsid w:val="00135C79"/>
    <w:rsid w:val="0015074B"/>
    <w:rsid w:val="001F12C3"/>
    <w:rsid w:val="00202410"/>
    <w:rsid w:val="0029639D"/>
    <w:rsid w:val="00326F90"/>
    <w:rsid w:val="005231B1"/>
    <w:rsid w:val="007648B5"/>
    <w:rsid w:val="00870BA5"/>
    <w:rsid w:val="008E571A"/>
    <w:rsid w:val="0095040D"/>
    <w:rsid w:val="00962704"/>
    <w:rsid w:val="00971C78"/>
    <w:rsid w:val="00995A6C"/>
    <w:rsid w:val="00A65BA8"/>
    <w:rsid w:val="00AA1D8D"/>
    <w:rsid w:val="00B47730"/>
    <w:rsid w:val="00B61232"/>
    <w:rsid w:val="00B943C2"/>
    <w:rsid w:val="00BF203B"/>
    <w:rsid w:val="00CB0664"/>
    <w:rsid w:val="00D35FC5"/>
    <w:rsid w:val="00F86E38"/>
    <w:rsid w:val="00FC693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93F"/>
    <w:pPr>
      <w:spacing w:after="60" w:line="240" w:lineRule="auto"/>
    </w:pPr>
    <w:rPr>
      <w:rFonts w:ascii="Arial" w:eastAsia="Arial" w:hAnsi="Arial"/>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2577</Words>
  <Characters>15464</Characters>
  <Application>Microsoft Office Word</Application>
  <DocSecurity>0</DocSecurity>
  <Lines>128</Lines>
  <Paragraphs>36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18005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2</cp:revision>
  <dcterms:created xsi:type="dcterms:W3CDTF">2026-07-24T13:20:00Z</dcterms:created>
  <dcterms:modified xsi:type="dcterms:W3CDTF">2026-07-24T13:20:00Z</dcterms:modified>
</cp:coreProperties>
</file>